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8"/>
        </w:rPr>
        <w:t>ARBEITGEBERVERTRAG FITNESSSTUDIO</w:t>
      </w:r>
    </w:p>
    <w:p/>
    <w:p>
      <w:r>
        <w:rPr>
          <w:b/>
          <w:sz w:val="24"/>
        </w:rPr>
        <w:t>VERTRAG ZWISCHEN</w:t>
      </w:r>
    </w:p>
    <w:p>
      <w:r>
        <w:rPr>
          <w:b/>
          <w:sz w:val="20"/>
        </w:rPr>
        <w:t>ARBEITGEBER:</w:t>
      </w:r>
    </w:p>
    <w:p>
      <w:r>
        <w:rPr>
          <w:b w:val="0"/>
          <w:sz w:val="20"/>
        </w:rPr>
        <w:t>Name/Firma: ________________________________________</w:t>
      </w:r>
    </w:p>
    <w:p>
      <w:r>
        <w:rPr>
          <w:b w:val="0"/>
          <w:sz w:val="20"/>
        </w:rPr>
        <w:t>Anschrift: __________________________________________</w:t>
      </w:r>
    </w:p>
    <w:p>
      <w:r>
        <w:rPr>
          <w:b w:val="0"/>
          <w:sz w:val="20"/>
        </w:rPr>
        <w:t>Vertreter: __________________________________________</w:t>
      </w:r>
    </w:p>
    <w:p>
      <w:r>
        <w:rPr>
          <w:b w:val="0"/>
          <w:sz w:val="20"/>
        </w:rPr>
        <w:t>Telefon: ____________________   E-Mail: ____________________</w:t>
      </w:r>
    </w:p>
    <w:p/>
    <w:p>
      <w:r>
        <w:rPr>
          <w:b/>
          <w:sz w:val="24"/>
        </w:rPr>
        <w:t>UND</w:t>
      </w:r>
    </w:p>
    <w:p>
      <w:r>
        <w:rPr>
          <w:b/>
          <w:sz w:val="20"/>
        </w:rPr>
        <w:t>FITNESSSTUDIO:</w:t>
      </w:r>
    </w:p>
    <w:p>
      <w:r>
        <w:rPr>
          <w:b w:val="0"/>
          <w:sz w:val="20"/>
        </w:rPr>
        <w:t>Name/Firma: ________________________________________</w:t>
      </w:r>
    </w:p>
    <w:p>
      <w:r>
        <w:rPr>
          <w:b w:val="0"/>
          <w:sz w:val="20"/>
        </w:rPr>
        <w:t>Anschrift: __________________________________________</w:t>
      </w:r>
    </w:p>
    <w:p>
      <w:r>
        <w:rPr>
          <w:b w:val="0"/>
          <w:sz w:val="20"/>
        </w:rPr>
        <w:t>Vertreter: __________________________________________</w:t>
      </w:r>
    </w:p>
    <w:p>
      <w:r>
        <w:rPr>
          <w:b w:val="0"/>
          <w:sz w:val="20"/>
        </w:rPr>
        <w:t>Telefon: ____________________   E-Mail: ____________________</w:t>
      </w:r>
    </w:p>
    <w:p/>
    <w:p>
      <w:r>
        <w:rPr>
          <w:b/>
          <w:sz w:val="24"/>
        </w:rPr>
        <w:t>PRÄAMBEL</w:t>
      </w:r>
    </w:p>
    <w:p>
      <w:r>
        <w:rPr>
          <w:b w:val="0"/>
          <w:sz w:val="20"/>
        </w:rPr>
        <w:t>Der Arbeitgeber möchte seinen Mitarbeitern die Möglichkeit bieten, das Fitnessstudio zu besonderen Konditionen zu nutzen, um deren Gesundheit und Wohlbefinden zu fördern. Das Fitnessstudio erklärt sich bereit, diese Leistungen gemäß den folgenden Bedingungen zu erbringen.</w:t>
      </w:r>
    </w:p>
    <w:p/>
    <w:p>
      <w:r>
        <w:rPr>
          <w:b/>
          <w:sz w:val="20"/>
        </w:rPr>
        <w:t>§1 – GEGENSTAND DES VERTRAGS</w:t>
      </w:r>
    </w:p>
    <w:p>
      <w:r>
        <w:rPr>
          <w:b w:val="0"/>
          <w:sz w:val="20"/>
        </w:rPr>
        <w:t>Gegenstand dieses Vertrags ist die Ermöglichung der Nutzung der Fitnessstudiodienstleistungen durch die Mitarbeiter des Arbeitgebers zu vergünstigten Konditionen. Das Fitnessstudio stellt dafür seine Einrichtungen und Angebote bereit.</w:t>
      </w:r>
    </w:p>
    <w:p/>
    <w:p>
      <w:r>
        <w:rPr>
          <w:b/>
          <w:sz w:val="20"/>
        </w:rPr>
        <w:t>§2 – LEISTUNGEN DES FITNESSSTUDIOS</w:t>
      </w:r>
    </w:p>
    <w:p>
      <w:r>
        <w:rPr>
          <w:b w:val="0"/>
          <w:sz w:val="20"/>
        </w:rPr>
        <w:t>Das Fitnessstudio bietet folgende Leistungen an:</w:t>
      </w:r>
    </w:p>
    <w:p>
      <w:r>
        <w:rPr>
          <w:b w:val="0"/>
          <w:sz w:val="20"/>
        </w:rPr>
        <w:t>a) Zugang zu den Trainingsräumen und Geräten</w:t>
      </w:r>
    </w:p>
    <w:p>
      <w:r>
        <w:rPr>
          <w:b w:val="0"/>
          <w:sz w:val="20"/>
        </w:rPr>
        <w:t>b) Teilnahme an Kursen und Trainingsprogrammen</w:t>
      </w:r>
    </w:p>
    <w:p>
      <w:r>
        <w:rPr>
          <w:b w:val="0"/>
          <w:sz w:val="20"/>
        </w:rPr>
        <w:t>c) Individuelle Beratung und Betreuung</w:t>
      </w:r>
    </w:p>
    <w:p>
      <w:r>
        <w:rPr>
          <w:b w:val="0"/>
          <w:sz w:val="20"/>
        </w:rPr>
        <w:t>d) Weitere Leistungen gemäß gesonderter Vereinbarung</w:t>
      </w:r>
    </w:p>
    <w:p/>
    <w:p>
      <w:r>
        <w:rPr>
          <w:b/>
          <w:sz w:val="20"/>
        </w:rPr>
        <w:t>§3 – NUTZUNGSBEDINGUNGEN</w:t>
      </w:r>
    </w:p>
    <w:p>
      <w:r>
        <w:rPr>
          <w:b w:val="0"/>
          <w:sz w:val="20"/>
        </w:rPr>
        <w:t>Die Nutzung der Fitnessstudiodienstleistungen erfolgt ausschließlich durch die Mitarbeiter des Arbeitgebers. Der Arbeitgeber verpflichtet sich, dem Fitnessstudio eine aktuelle Liste der berechtigten Mitarbeiter regelmäßig zur Verfügung zu stellen. Die Mitarbeiter verpflichten sich, die Hausordnung und die Nutzungsregeln des Fitnessstudios einzuhalten.</w:t>
      </w:r>
    </w:p>
    <w:p/>
    <w:p>
      <w:r>
        <w:rPr>
          <w:b/>
          <w:sz w:val="20"/>
        </w:rPr>
        <w:t>§4 – VERGÜTUNG</w:t>
      </w:r>
    </w:p>
    <w:p>
      <w:r>
        <w:rPr>
          <w:b w:val="0"/>
          <w:sz w:val="20"/>
        </w:rPr>
        <w:t>Die Vergütung für die Nutzung der Dienstleistungen wird wie folgt geregelt:</w:t>
      </w:r>
    </w:p>
    <w:p>
      <w:r>
        <w:rPr>
          <w:b w:val="0"/>
          <w:sz w:val="20"/>
        </w:rPr>
        <w:t>a) Der Arbeitgeber zahlt dem Fitnessstudio eine monatliche Pauschale von __________ Euro.</w:t>
      </w:r>
    </w:p>
    <w:p>
      <w:r>
        <w:rPr>
          <w:b w:val="0"/>
          <w:sz w:val="20"/>
        </w:rPr>
        <w:t>b) Alternativ können individuelle Abrechnungen pro Mitarbeiter erfolgen.</w:t>
      </w:r>
    </w:p>
    <w:p>
      <w:r>
        <w:rPr>
          <w:b w:val="0"/>
          <w:sz w:val="20"/>
        </w:rPr>
        <w:t>c) Zahlungsmodalitäten und Fälligkeiten werden gesondert vereinbart.</w:t>
      </w:r>
    </w:p>
    <w:p/>
    <w:p>
      <w:r>
        <w:rPr>
          <w:b/>
          <w:sz w:val="20"/>
        </w:rPr>
        <w:t>§5 – VERTRAGSDAUER UND KÜNDIGUNG</w:t>
      </w:r>
    </w:p>
    <w:p>
      <w:r>
        <w:rPr>
          <w:b w:val="0"/>
          <w:sz w:val="20"/>
        </w:rPr>
        <w:t>Dieser Vertrag beginnt mit Unterzeichnung und gilt für die Dauer von __________ Monaten/Jahren. Er verlängert sich automatisch um jeweils ein weiteres Jahr, wenn er nicht mit einer Frist von 3 Monaten zum Vertragsende schriftlich gekündigt wird. Das Recht zur außerordentlichen Kündigung bleibt unberührt.</w:t>
      </w:r>
    </w:p>
    <w:p/>
    <w:p>
      <w:r>
        <w:rPr>
          <w:b/>
          <w:sz w:val="20"/>
        </w:rPr>
        <w:t>§6 – HAFTUNG</w:t>
      </w:r>
    </w:p>
    <w:p>
      <w:r>
        <w:rPr>
          <w:b w:val="0"/>
          <w:sz w:val="20"/>
        </w:rPr>
        <w:t>Das Fitnessstudio haftet nur für Schäden, die auf grober Fahrlässigkeit oder Vorsatz beruhen. Die Nutzung der Einrichtungen erfolgt auf eigene Gefahr. Der Arbeitgeber stellt sicher, dass die Mitarbeiter über eventuelle gesundheitliche Risiken informiert sind.</w:t>
      </w:r>
    </w:p>
    <w:p/>
    <w:p>
      <w:r>
        <w:rPr>
          <w:b/>
          <w:sz w:val="20"/>
        </w:rPr>
        <w:t>§7 – DATENSCHUTZ</w:t>
      </w:r>
    </w:p>
    <w:p>
      <w:r>
        <w:rPr>
          <w:b w:val="0"/>
          <w:sz w:val="20"/>
        </w:rPr>
        <w:t>Die Parteien verpflichten sich, die Bestimmungen des Datenschutzes einzuhalten. Personenbezogene Daten der Mitarbeiter werden nur im Rahmen der Vertragsdurchführung verarbeitet und vertraulich behandelt.</w:t>
      </w:r>
    </w:p>
    <w:p/>
    <w:p>
      <w:r>
        <w:rPr>
          <w:b/>
          <w:sz w:val="20"/>
        </w:rPr>
        <w:t>§8 – SCHLUSSBESTIMMUNGEN</w:t>
      </w:r>
    </w:p>
    <w:p>
      <w:r>
        <w:rPr>
          <w:b w:val="0"/>
          <w:sz w:val="20"/>
        </w:rPr>
        <w:t>Änderungen und Ergänzungen dieses Vertrags bedürfen der Schriftform. Sollte eine Bestimmung dieses Vertrags unwirksam sein, bleibt der Vertrag im Übrigen wirksam. Anstelle der unwirksamen Bestimmung tritt eine Regelung, die dem wirtschaftlichen Zweck am nächsten kommt.</w:t>
      </w:r>
    </w:p>
    <w:p>
      <w:r>
        <w:rPr>
          <w:b w:val="0"/>
          <w:sz w:val="20"/>
        </w:rPr>
        <w:t>Gerichtsstand ist der Sitz des Fitnessstudios. Es gilt deutsches Recht.</w:t>
      </w:r>
    </w:p>
    <w:p/>
    <w:p/>
    <w:p>
      <w:r>
        <w:rPr>
          <w:b/>
          <w:sz w:val="20"/>
        </w:rPr>
        <w:t>ZUR BESTÄTIGUNG UNTERZEICHNEN DIE PARTEIEN DIESEN VERTRAG:</w:t>
      </w:r>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rPr>
                <w:b/>
              </w:rPr>
              <w:t>ARBEITGEBER</w:t>
            </w:r>
          </w:p>
        </w:tc>
        <w:tc>
          <w:tcPr>
            <w:tcW w:type="dxa" w:w="4986"/>
          </w:tcPr>
          <w:p>
            <w:pPr>
              <w:jc w:val="center"/>
            </w:pPr>
            <w:r>
              <w:rPr>
                <w:b/>
              </w:rPr>
              <w:t>FITNESSSTUDIO</w:t>
            </w:r>
          </w:p>
        </w:tc>
      </w:tr>
    </w:tbl>
    <w:p/>
    <w:p/>
    <w:p/>
    <w:p/>
    <w:tbl>
      <w:tblPr>
        <w:tblW w:type="auto" w:w="0"/>
        <w:tblLayout w:type="fixed"/>
        <w:tblLook w:firstColumn="1" w:firstRow="1" w:lastColumn="0" w:lastRow="0" w:noHBand="0" w:noVBand="1" w:val="04A0"/>
      </w:tblPr>
      <w:tblGrid>
        <w:gridCol w:w="4986"/>
        <w:gridCol w:w="4986"/>
      </w:tblGrid>
      <w:tr>
        <w:tc>
          <w:tcPr>
            <w:tcW w:type="dxa" w:w="4986"/>
          </w:tcPr>
          <w:p>
            <w:pPr>
              <w:jc w:val="center"/>
            </w:pPr>
            <w:r>
              <w:t>Unterschrift: _________________________</w:t>
            </w:r>
          </w:p>
        </w:tc>
        <w:tc>
          <w:tcPr>
            <w:tcW w:type="dxa" w:w="4986"/>
          </w:tcPr>
          <w:p>
            <w:pPr>
              <w:jc w:val="center"/>
            </w:pPr>
            <w:r>
              <w:t>Unterschrift: _________________________</w:t>
            </w:r>
          </w:p>
        </w:tc>
      </w:tr>
    </w:tbl>
    <w:p/>
    <w:p/>
    <w:tbl>
      <w:tblPr>
        <w:tblW w:type="auto" w:w="0"/>
        <w:tblLayout w:type="fixed"/>
        <w:tblLook w:firstColumn="1" w:firstRow="1" w:lastColumn="0" w:lastRow="0" w:noHBand="0" w:noVBand="1" w:val="04A0"/>
      </w:tblPr>
      <w:tblGrid>
        <w:gridCol w:w="4986"/>
        <w:gridCol w:w="4986"/>
      </w:tblGrid>
      <w:tr>
        <w:tc>
          <w:tcPr>
            <w:tcW w:type="dxa" w:w="4986"/>
          </w:tcPr>
          <w:p>
            <w:pPr>
              <w:jc w:val="center"/>
            </w:pPr>
            <w:r>
              <w:t>Datum: _______________________________</w:t>
            </w:r>
          </w:p>
        </w:tc>
        <w:tc>
          <w:tcPr>
            <w:tcW w:type="dxa" w:w="4986"/>
          </w:tcPr>
          <w:p>
            <w:pPr>
              <w:jc w:val="center"/>
            </w:pPr>
            <w:r>
              <w:t>Datum: _______________________________</w:t>
            </w:r>
          </w:p>
        </w:tc>
      </w:tr>
    </w:tbl>
    <w:p>
      <w:r>
        <w:br w:type="page"/>
      </w:r>
    </w:p>
    <w:p>
      <w:pPr>
        <w:jc w:val="center"/>
      </w:pPr>
      <w:r>
        <w:rPr>
          <w:color w:val="555555"/>
          <w:sz w:val="24"/>
        </w:rPr>
        <w:t>Originalquelle dieses Dokuments:</w:t>
      </w:r>
    </w:p>
    <w:p>
      <w:pPr>
        <w:jc w:val="center"/>
      </w:pPr>
      <w:hyperlink r:id="rId9">
        <w:r>
          <w:rPr>
            <w:color w:val="0000FF"/>
            <w:u w:val="single"/>
          </w:rPr>
          <w:t>https://arbeits-experte.com/vereinbarung-arbeitgeber-fitnessstudio/</w:t>
        </w:r>
      </w:hyperlink>
    </w:p>
    <w:p>
      <w:pPr>
        <w:jc w:val="center"/>
      </w:pPr>
      <w:r>
        <w:rPr>
          <w:color w:val="555555"/>
          <w:sz w:val="26"/>
        </w:rPr>
        <w:t>War diese Vorlage für Sie hilfreich?</w:t>
      </w:r>
    </w:p>
    <w:p>
      <w:pPr>
        <w:jc w:val="center"/>
      </w:pPr>
      <w:r>
        <w:rPr>
          <w:color w:val="555555"/>
          <w:sz w:val="26"/>
        </w:rPr>
        <w:t>Weitere aktuelle Vorlagen finden Sie unter:</w:t>
      </w:r>
    </w:p>
    <w:p>
      <w:pPr>
        <w:jc w:val="center"/>
      </w:pPr>
      <w:hyperlink r:id="rId10">
        <w:r>
          <w:rPr>
            <w:color w:val="0000FF"/>
            <w:u w:val="single"/>
          </w:rPr>
          <w:t>https://arbeits-experte.com</w:t>
        </w:r>
      </w:hyperlink>
    </w:p>
    <w:p>
      <w:pPr>
        <w:jc w:val="center"/>
      </w:pPr>
      <w:r>
        <w:rPr>
          <w:color w:val="808080"/>
          <w:sz w:val="20"/>
        </w:rPr>
        <w:t>Diese Vorlage ist ausschließlich für den persönlichen, nicht kommerziellen Gebrauch bestimmt.</w:t>
        <w:br/>
        <w:t>Bei Weitergabe oder Veröffentlichung ist die Nennung der Quelle verpflichtend. © arbeits-experte.com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arbeits-experte.com/vereinbarung-arbeitgeber-fitnessstudio/" TargetMode="External"/><Relationship Id="rId10" Type="http://schemas.openxmlformats.org/officeDocument/2006/relationships/hyperlink" Target="https://arbeits-exper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