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4"/>
        </w:rPr>
        <w:t>VERDIENTSBESCHEINIGUNG ARBEITGEBER</w:t>
      </w:r>
    </w:p>
    <w:p/>
    <w:p/>
    <w:p>
      <w:r>
        <w:rPr>
          <w:b/>
          <w:sz w:val="22"/>
        </w:rPr>
        <w:t>Arbeitgeber: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>
      <w:r>
        <w:rPr>
          <w:b w:val="0"/>
          <w:sz w:val="22"/>
        </w:rPr>
        <w:t>Telefon / E-Mail: ___________________________________________________</w:t>
      </w:r>
    </w:p>
    <w:p/>
    <w:p>
      <w:r>
        <w:rPr>
          <w:b/>
          <w:sz w:val="22"/>
        </w:rPr>
        <w:t>Arbeitnehmer:</w:t>
      </w:r>
    </w:p>
    <w:p>
      <w:r>
        <w:rPr>
          <w:b w:val="0"/>
          <w:sz w:val="22"/>
        </w:rPr>
        <w:t>Name: ______________________________________________________________</w:t>
      </w:r>
    </w:p>
    <w:p>
      <w:r>
        <w:rPr>
          <w:b w:val="0"/>
          <w:sz w:val="22"/>
        </w:rPr>
        <w:t>Geburtsdatum: ______________________________________________________</w:t>
      </w:r>
    </w:p>
    <w:p>
      <w:r>
        <w:rPr>
          <w:b w:val="0"/>
          <w:sz w:val="22"/>
        </w:rPr>
        <w:t>Anschrift: __________________________________________________________</w:t>
      </w:r>
    </w:p>
    <w:p/>
    <w:p>
      <w:r>
        <w:rPr>
          <w:b/>
          <w:sz w:val="22"/>
        </w:rPr>
        <w:t>Beschäftigungszeitraum:</w:t>
      </w:r>
    </w:p>
    <w:p>
      <w:r>
        <w:rPr>
          <w:b w:val="0"/>
          <w:sz w:val="22"/>
        </w:rPr>
        <w:t>Von: ____________________  Bis: ____________________</w:t>
      </w:r>
    </w:p>
    <w:p/>
    <w:p>
      <w:r>
        <w:rPr>
          <w:b/>
          <w:sz w:val="22"/>
        </w:rPr>
        <w:t>Art der Beschäftigung / Tätigkeit:</w:t>
      </w:r>
    </w:p>
    <w:p>
      <w:r>
        <w:rPr>
          <w:b w:val="0"/>
          <w:sz w:val="22"/>
        </w:rPr>
        <w:t>_____________________________________________________________________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/>
          <w:sz w:val="22"/>
        </w:rPr>
        <w:t>Verdienstangaben:</w:t>
      </w:r>
    </w:p>
    <w:p>
      <w:r>
        <w:rPr>
          <w:b w:val="0"/>
          <w:sz w:val="22"/>
        </w:rPr>
        <w:t>Bruttogehalt (monatlich): ____________________________________________</w:t>
      </w:r>
    </w:p>
    <w:p>
      <w:r>
        <w:rPr>
          <w:b w:val="0"/>
          <w:sz w:val="22"/>
        </w:rPr>
        <w:t>Nettogehalt (monatlich): _____________________________________________</w:t>
      </w:r>
    </w:p>
    <w:p>
      <w:r>
        <w:rPr>
          <w:b w:val="0"/>
          <w:sz w:val="22"/>
        </w:rPr>
        <w:t>Zusätzliche Leistungen / Zuschläge: _________________________________</w:t>
      </w:r>
    </w:p>
    <w:p>
      <w:r>
        <w:rPr>
          <w:b w:val="0"/>
          <w:sz w:val="22"/>
        </w:rPr>
        <w:t>_____________________________________________________________________</w:t>
      </w:r>
    </w:p>
    <w:p/>
    <w:p>
      <w:r>
        <w:rPr>
          <w:b w:val="0"/>
          <w:sz w:val="22"/>
        </w:rPr>
        <w:t>Sozialversicherungsnummer: _________________________________________</w:t>
      </w:r>
    </w:p>
    <w:p>
      <w:r>
        <w:rPr>
          <w:b w:val="0"/>
          <w:sz w:val="22"/>
        </w:rPr>
        <w:t>Steuer-Identifikationsnummer: _______________________________________</w:t>
      </w:r>
    </w:p>
    <w:p/>
    <w:p>
      <w:r>
        <w:rPr>
          <w:b/>
          <w:sz w:val="22"/>
        </w:rPr>
        <w:t>Hiermit bescheinigt der Arbeitgeber die Richtigkeit der vorstehenden Angaben.</w:t>
      </w:r>
    </w:p>
    <w:p/>
    <w:p/>
    <w:p>
      <w:r>
        <w:rPr>
          <w:b w:val="0"/>
          <w:sz w:val="22"/>
        </w:rPr>
        <w:t>Ort: ______________________________________    Datum: __________________</w:t>
      </w:r>
    </w:p>
    <w:p/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Arbeitgeber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t>Arbeitnehmer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rPr>
                <w:sz w:val="22"/>
              </w:rPr>
              <w:br/>
              <w:br/>
              <w:t>Unterschrift: 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https://arbeits-experte.com/verdienstbescheinigung-arbeitgeber/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https://arbeits-experte.com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arbeits-experte.com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arbeits-experte.com/verdienstbescheinigung-arbeitgeber/" TargetMode="External"/><Relationship Id="rId10" Type="http://schemas.openxmlformats.org/officeDocument/2006/relationships/hyperlink" Target="https://arbeits-experte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