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ÜBERGABEPROTOKOLL ARBEITSKLEIDUNG</w:t>
      </w:r>
    </w:p>
    <w:p/>
    <w:p/>
    <w:p>
      <w:r>
        <w:rPr>
          <w:b/>
          <w:sz w:val="20"/>
        </w:rPr>
        <w:t>Name des Mitarbeiters: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Abteilung / Einsatzbereich: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Mitarbeiternummer (optional):</w:t>
      </w:r>
    </w:p>
    <w:p>
      <w:r>
        <w:rPr>
          <w:b w:val="0"/>
          <w:sz w:val="20"/>
        </w:rPr>
        <w:t>____________________________________________________________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Kleidungsstück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Größe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Anzahl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Zustand bei Übergabe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/>
    <w:p/>
    <w:p>
      <w:r>
        <w:rPr>
          <w:b/>
          <w:sz w:val="20"/>
        </w:rPr>
        <w:t>§ 1 – Eigentum und Rückgabe</w:t>
      </w:r>
    </w:p>
    <w:p>
      <w:r>
        <w:rPr>
          <w:b w:val="0"/>
          <w:sz w:val="20"/>
        </w:rPr>
        <w:t>Die übergebene Arbeitskleidung bleibt Eigentum des Arbeitgebers. Der Mitarbeiter verpflichtet sich, die Arbeitskleidung pfleglich zu behandeln und bei Beendigung des Arbeitsverhältnisses vollständig und in ordnungsgemäßem Zustand zurückzugeben.</w:t>
      </w:r>
    </w:p>
    <w:p/>
    <w:p>
      <w:r>
        <w:rPr>
          <w:b/>
          <w:sz w:val="20"/>
        </w:rPr>
        <w:t>§ 2 – Haftung</w:t>
      </w:r>
    </w:p>
    <w:p>
      <w:r>
        <w:rPr>
          <w:b w:val="0"/>
          <w:sz w:val="20"/>
        </w:rPr>
        <w:t>Für Verlust oder Beschädigung der Arbeitskleidung haftet der Mitarbeiter nur bei grober Fahrlässigkeit oder Vorsatz.</w:t>
      </w:r>
    </w:p>
    <w:p/>
    <w:p>
      <w:r>
        <w:rPr>
          <w:b/>
          <w:sz w:val="20"/>
        </w:rPr>
        <w:t>§ 3 – Datenschutz</w:t>
      </w:r>
    </w:p>
    <w:p>
      <w:r>
        <w:rPr>
          <w:b w:val="0"/>
          <w:sz w:val="20"/>
        </w:rPr>
        <w:t>Die im Rahmen dieses Übergabeprotokolls erhobenen personenbezogenen Daten werden ausschließlich zur Dokumentation der Übergabe verarbeitet und vertraulich behandelt.</w:t>
      </w:r>
    </w:p>
    <w:p/>
    <w:p/>
    <w:p>
      <w:r>
        <w:rPr>
          <w:b/>
          <w:sz w:val="20"/>
        </w:rPr>
        <w:t>Ort: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Datum:</w:t>
      </w:r>
    </w:p>
    <w:p>
      <w:r>
        <w:rPr>
          <w:b w:val="0"/>
          <w:sz w:val="20"/>
        </w:rPr>
        <w:t>____________________________________________________________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Mitarbeiter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Arbeitgeber / Vertreter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Name (in Druckbuchstaben):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Name (in Druckbuchstaben):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https://arbeits-experte.com/ubergabeprotokoll-arbeitskleidung/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ubergabeprotokoll-arbeitskleid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