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STELLENBESCHREIBUNG</w:t>
      </w:r>
    </w:p>
    <w:p/>
    <w:p/>
    <w:p>
      <w:r>
        <w:rPr>
          <w:b/>
          <w:sz w:val="24"/>
        </w:rPr>
        <w:t>Positionsbezeichnung</w:t>
      </w:r>
    </w:p>
    <w:p>
      <w:r>
        <w:rPr>
          <w:b w:val="0"/>
          <w:sz w:val="22"/>
        </w:rPr>
      </w:r>
    </w:p>
    <w:p/>
    <w:p>
      <w:r>
        <w:rPr>
          <w:b/>
          <w:sz w:val="24"/>
        </w:rPr>
        <w:t>Abteilung / Bereich</w:t>
      </w:r>
    </w:p>
    <w:p>
      <w:r>
        <w:rPr>
          <w:b w:val="0"/>
          <w:sz w:val="22"/>
        </w:rPr>
      </w:r>
    </w:p>
    <w:p/>
    <w:p>
      <w:r>
        <w:rPr>
          <w:b/>
          <w:sz w:val="24"/>
        </w:rPr>
        <w:t>Berichtslinie</w:t>
      </w:r>
    </w:p>
    <w:p>
      <w:r>
        <w:rPr>
          <w:b w:val="0"/>
          <w:sz w:val="22"/>
        </w:rPr>
      </w:r>
    </w:p>
    <w:p/>
    <w:p>
      <w:r>
        <w:rPr>
          <w:b/>
          <w:sz w:val="24"/>
        </w:rPr>
        <w:t>Ziel der Stelle</w:t>
      </w:r>
    </w:p>
    <w:p>
      <w:r>
        <w:rPr>
          <w:b w:val="0"/>
          <w:sz w:val="22"/>
        </w:rPr>
      </w:r>
    </w:p>
    <w:p/>
    <w:p>
      <w:r>
        <w:rPr>
          <w:b/>
          <w:sz w:val="24"/>
        </w:rPr>
        <w:t>Hauptaufgaben und Verantwortlichkeiten</w:t>
      </w:r>
    </w:p>
    <w:p>
      <w:r>
        <w:rPr>
          <w:b w:val="0"/>
          <w:sz w:val="22"/>
        </w:rPr>
        <w:t xml:space="preserve">1. </w:t>
      </w:r>
    </w:p>
    <w:p>
      <w:r>
        <w:rPr>
          <w:b w:val="0"/>
          <w:sz w:val="22"/>
        </w:rPr>
        <w:t xml:space="preserve">2. </w:t>
      </w:r>
    </w:p>
    <w:p>
      <w:r>
        <w:rPr>
          <w:b w:val="0"/>
          <w:sz w:val="22"/>
        </w:rPr>
        <w:t xml:space="preserve">3. </w:t>
      </w:r>
    </w:p>
    <w:p>
      <w:r>
        <w:rPr>
          <w:b w:val="0"/>
          <w:sz w:val="22"/>
        </w:rPr>
        <w:t xml:space="preserve">4. </w:t>
      </w:r>
    </w:p>
    <w:p>
      <w:r>
        <w:rPr>
          <w:b w:val="0"/>
          <w:sz w:val="22"/>
        </w:rPr>
        <w:t xml:space="preserve">5. </w:t>
      </w:r>
    </w:p>
    <w:p>
      <w:r>
        <w:rPr>
          <w:b w:val="0"/>
          <w:sz w:val="22"/>
        </w:rPr>
        <w:t xml:space="preserve">6. </w:t>
      </w:r>
    </w:p>
    <w:p>
      <w:r>
        <w:rPr>
          <w:b w:val="0"/>
          <w:sz w:val="22"/>
        </w:rPr>
        <w:t xml:space="preserve">7. </w:t>
      </w:r>
    </w:p>
    <w:p>
      <w:r>
        <w:rPr>
          <w:b w:val="0"/>
          <w:sz w:val="22"/>
        </w:rPr>
        <w:t xml:space="preserve">8. </w:t>
      </w:r>
    </w:p>
    <w:p>
      <w:r>
        <w:rPr>
          <w:b w:val="0"/>
          <w:sz w:val="22"/>
        </w:rPr>
        <w:t xml:space="preserve">9. </w:t>
      </w:r>
    </w:p>
    <w:p>
      <w:r>
        <w:rPr>
          <w:b w:val="0"/>
          <w:sz w:val="22"/>
        </w:rPr>
        <w:t xml:space="preserve">10. </w:t>
      </w:r>
    </w:p>
    <w:p/>
    <w:p>
      <w:r>
        <w:rPr>
          <w:b/>
          <w:sz w:val="24"/>
        </w:rPr>
        <w:t>Anforderungen an die Qualifikation</w:t>
      </w:r>
    </w:p>
    <w:p>
      <w:r>
        <w:rPr>
          <w:b w:val="0"/>
          <w:sz w:val="22"/>
        </w:rPr>
        <w:t>Fachliche Qualifikationen:</w:t>
      </w:r>
    </w:p>
    <w:p>
      <w:r>
        <w:rPr>
          <w:b w:val="0"/>
          <w:sz w:val="22"/>
        </w:rPr>
        <w:t xml:space="preserve">- </w:t>
      </w:r>
    </w:p>
    <w:p>
      <w:r>
        <w:rPr>
          <w:b w:val="0"/>
          <w:sz w:val="22"/>
        </w:rPr>
        <w:t xml:space="preserve">- </w:t>
      </w:r>
    </w:p>
    <w:p>
      <w:r>
        <w:rPr>
          <w:b w:val="0"/>
          <w:sz w:val="22"/>
        </w:rPr>
        <w:t xml:space="preserve">- </w:t>
      </w:r>
    </w:p>
    <w:p>
      <w:r>
        <w:rPr>
          <w:b w:val="0"/>
          <w:sz w:val="22"/>
        </w:rPr>
        <w:t xml:space="preserve">- </w:t>
      </w:r>
    </w:p>
    <w:p>
      <w:r>
        <w:rPr>
          <w:b w:val="0"/>
          <w:sz w:val="22"/>
        </w:rPr>
        <w:t xml:space="preserve">- 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Persönliche Kompetenzen:</w:t>
      </w:r>
    </w:p>
    <w:p>
      <w:r>
        <w:rPr>
          <w:b w:val="0"/>
          <w:sz w:val="22"/>
        </w:rPr>
        <w:t xml:space="preserve">- </w:t>
      </w:r>
    </w:p>
    <w:p>
      <w:r>
        <w:rPr>
          <w:b w:val="0"/>
          <w:sz w:val="22"/>
        </w:rPr>
        <w:t xml:space="preserve">- </w:t>
      </w:r>
    </w:p>
    <w:p>
      <w:r>
        <w:rPr>
          <w:b w:val="0"/>
          <w:sz w:val="22"/>
        </w:rPr>
        <w:t xml:space="preserve">- </w:t>
      </w:r>
    </w:p>
    <w:p>
      <w:r>
        <w:rPr>
          <w:b w:val="0"/>
          <w:sz w:val="22"/>
        </w:rPr>
        <w:t xml:space="preserve">- </w:t>
      </w:r>
    </w:p>
    <w:p>
      <w:r>
        <w:rPr>
          <w:b w:val="0"/>
          <w:sz w:val="22"/>
        </w:rPr>
        <w:t xml:space="preserve">- </w:t>
      </w:r>
    </w:p>
    <w:p/>
    <w:p>
      <w:r>
        <w:rPr>
          <w:b/>
          <w:sz w:val="24"/>
        </w:rPr>
        <w:t>Arbeitsbedingungen und besondere Anforderungen</w:t>
      </w:r>
    </w:p>
    <w:p>
      <w:r>
        <w:rPr>
          <w:b w:val="0"/>
          <w:sz w:val="22"/>
        </w:rPr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Vorgesetzter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Mitarbeiter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https://arbeits-experte.com/stellenbeschreibung/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stellenbeschreibung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