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SCHREIBEN URSACHEN DER URLAABSBEGELTUNG</w:t>
      </w:r>
    </w:p>
    <w:p/>
    <w:p>
      <w:r>
        <w:rPr>
          <w:b/>
          <w:sz w:val="22"/>
        </w:rPr>
        <w:t>Arbeitgeber:</w:t>
      </w:r>
    </w:p>
    <w:p>
      <w:r>
        <w:rPr>
          <w:b w:val="0"/>
          <w:sz w:val="22"/>
        </w:rPr>
        <w:t>Firma: ________________________________________________</w:t>
      </w:r>
    </w:p>
    <w:p>
      <w:r>
        <w:rPr>
          <w:b w:val="0"/>
          <w:sz w:val="22"/>
        </w:rPr>
        <w:t>Anschrift: _____________________________________________</w:t>
      </w:r>
    </w:p>
    <w:p>
      <w:r>
        <w:rPr>
          <w:b w:val="0"/>
          <w:sz w:val="22"/>
        </w:rPr>
        <w:t>Vertreten durch: _______________________________________</w:t>
      </w:r>
    </w:p>
    <w:p/>
    <w:p>
      <w:r>
        <w:rPr>
          <w:b/>
          <w:sz w:val="22"/>
        </w:rPr>
        <w:t>Arbeitnehmer:</w:t>
      </w:r>
    </w:p>
    <w:p>
      <w:r>
        <w:rPr>
          <w:b w:val="0"/>
          <w:sz w:val="22"/>
        </w:rPr>
        <w:t>Name: ________________________________________________</w:t>
      </w:r>
    </w:p>
    <w:p>
      <w:r>
        <w:rPr>
          <w:b w:val="0"/>
          <w:sz w:val="22"/>
        </w:rPr>
        <w:t>Anschrift: _____________________________________________</w:t>
      </w:r>
    </w:p>
    <w:p/>
    <w:p>
      <w:r>
        <w:rPr>
          <w:b/>
          <w:sz w:val="22"/>
        </w:rPr>
        <w:t>Betreff:</w:t>
      </w:r>
    </w:p>
    <w:p>
      <w:r>
        <w:rPr>
          <w:b w:val="0"/>
          <w:sz w:val="22"/>
        </w:rPr>
        <w:t>Urlaubsabgeltung</w:t>
      </w:r>
    </w:p>
    <w:p/>
    <w:p>
      <w:r>
        <w:rPr>
          <w:b w:val="0"/>
          <w:sz w:val="22"/>
        </w:rPr>
        <w:t>Sehr geehrte/r Frau/Herr ____________________________________,</w:t>
      </w:r>
    </w:p>
    <w:p/>
    <w:p>
      <w:r>
        <w:rPr>
          <w:b w:val="0"/>
          <w:sz w:val="22"/>
        </w:rPr>
        <w:t>hiermit bestätigen wir, dass aufgrund der Beendigung Ihres Arbeitsverhältnisses am ____________________________________________ Ihr noch bestehender Urlaubsanspruch für das Kalenderjahr ____________________ nicht mehr durch Freistellung genommen werden kann und Ihnen daher gemäß § 7 Abs. 4 Bundesurlaubsgesetz (BUrlG) abgegolten wird.</w:t>
      </w:r>
    </w:p>
    <w:p/>
    <w:p>
      <w:r>
        <w:rPr>
          <w:b w:val="0"/>
          <w:sz w:val="22"/>
        </w:rPr>
        <w:t>Der abzugeltende Resturlaub beläuft sich auf insgesamt ____________ Urlaubstage. Der entsprechende Urlaubsabgeltungsbetrag wurde nach den gesetzlichen Vorgaben unter Berücksichtigung Ihrer vertraglichen und tariflichen Regelungen berechnet und wird mit der letzten Gehaltsabrechnung ausgezahlt.</w:t>
      </w:r>
    </w:p>
    <w:p/>
    <w:p>
      <w:r>
        <w:rPr>
          <w:b w:val="0"/>
          <w:sz w:val="22"/>
        </w:rPr>
        <w:t>Mit dieser Urlaubsabgeltung sind alle Ansprüche aus dem Urlaub für das oben genannte Arbeitsverhältnis erledigt.</w:t>
      </w:r>
    </w:p>
    <w:p/>
    <w:p>
      <w:r>
        <w:rPr>
          <w:b w:val="0"/>
          <w:sz w:val="22"/>
        </w:rPr>
        <w:t>Für Rückfragen stehen wir Ihnen gerne zur Verfügung.</w:t>
      </w:r>
    </w:p>
    <w:p/>
    <w:p/>
    <w:p>
      <w:r>
        <w:rPr>
          <w:b w:val="0"/>
          <w:sz w:val="22"/>
        </w:rPr>
        <w:t>Mit freundlichen Grüßen,</w:t>
      </w:r>
    </w:p>
    <w:p/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Arbeitnehmer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https://arbeits-experte.com/schreiben-urlaubsabgeltung-arbeitgeber/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https://arbeits-experte.com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arbeits-experte.com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rbeits-experte.com/schreiben-urlaubsabgeltung-arbeitgeber/" TargetMode="External"/><Relationship Id="rId10" Type="http://schemas.openxmlformats.org/officeDocument/2006/relationships/hyperlink" Target="https://arbeits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