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SCHREIBEN ZUR AUSZAHLUNG VON RESTURLAUB NACH KÜNDIGUNG</w:t>
      </w:r>
    </w:p>
    <w:p/>
    <w:p/>
    <w:p>
      <w:r>
        <w:rPr>
          <w:b/>
          <w:sz w:val="20"/>
        </w:rPr>
        <w:t>Absender:</w:t>
      </w:r>
    </w:p>
    <w:p>
      <w:r>
        <w:rPr>
          <w:b w:val="0"/>
          <w:sz w:val="20"/>
        </w:rPr>
        <w:t>Name: ________________________________________________________________</w:t>
      </w:r>
    </w:p>
    <w:p>
      <w:r>
        <w:rPr>
          <w:b w:val="0"/>
          <w:sz w:val="20"/>
        </w:rPr>
        <w:t>Anschrift: ____________________________________________________________</w:t>
      </w:r>
    </w:p>
    <w:p>
      <w:r>
        <w:rPr>
          <w:b w:val="0"/>
          <w:sz w:val="20"/>
        </w:rPr>
        <w:t>Telefon: ______________________________________________________________</w:t>
      </w:r>
    </w:p>
    <w:p>
      <w:r>
        <w:rPr>
          <w:b w:val="0"/>
          <w:sz w:val="20"/>
        </w:rPr>
        <w:t>E-Mail: _______________________________________________________________</w:t>
      </w:r>
    </w:p>
    <w:p/>
    <w:p/>
    <w:p>
      <w:r>
        <w:rPr>
          <w:b/>
          <w:sz w:val="20"/>
        </w:rPr>
        <w:t>Empfänger:</w:t>
      </w:r>
    </w:p>
    <w:p>
      <w:r>
        <w:rPr>
          <w:b w:val="0"/>
          <w:sz w:val="20"/>
        </w:rPr>
        <w:t>Firma / Arbeitgeber: _________________________________________________</w:t>
      </w:r>
    </w:p>
    <w:p>
      <w:r>
        <w:rPr>
          <w:b w:val="0"/>
          <w:sz w:val="20"/>
        </w:rPr>
        <w:t>Anschrift: ____________________________________________________________</w:t>
      </w:r>
    </w:p>
    <w:p/>
    <w:p/>
    <w:p>
      <w:r>
        <w:rPr>
          <w:b/>
          <w:sz w:val="20"/>
        </w:rPr>
        <w:t>Betreff:</w:t>
      </w:r>
    </w:p>
    <w:p>
      <w:r>
        <w:rPr>
          <w:b w:val="0"/>
          <w:sz w:val="20"/>
        </w:rPr>
        <w:t>Auszahlung des Resturlaubs nach Beendigung des Arbeitsverhältnisses</w:t>
      </w:r>
    </w:p>
    <w:p/>
    <w:p/>
    <w:p>
      <w:r>
        <w:rPr>
          <w:b w:val="0"/>
          <w:sz w:val="20"/>
        </w:rPr>
        <w:t>Sehr geehrte Damen und Herren,</w:t>
      </w:r>
    </w:p>
    <w:p/>
    <w:p>
      <w:r>
        <w:rPr>
          <w:b w:val="0"/>
          <w:sz w:val="20"/>
        </w:rPr>
        <w:t>hiermit fordere ich die Auszahlung meines noch bestehenden Resturlaubs aus dem Arbeitsverhältnis gemäß § 7 Abs. 4 Bundesurlaubsgesetz (BUrlG) an. Nach Beendigung meines Arbeitsverhältnisses steht mir dieser Urlaub nicht mehr zur Verfügung, weshalb ich um die entsprechende finanzielle Abgeltung bitte.</w:t>
      </w:r>
    </w:p>
    <w:p/>
    <w:p>
      <w:r>
        <w:rPr>
          <w:b/>
          <w:sz w:val="20"/>
        </w:rPr>
        <w:t>Details zum Arbeitsverhältnis:</w:t>
      </w:r>
    </w:p>
    <w:p>
      <w:r>
        <w:rPr>
          <w:b w:val="0"/>
          <w:sz w:val="20"/>
        </w:rPr>
        <w:t>Name des Mitarbeiters: _________________________________________________</w:t>
      </w:r>
    </w:p>
    <w:p>
      <w:r>
        <w:rPr>
          <w:b w:val="0"/>
          <w:sz w:val="20"/>
        </w:rPr>
        <w:t>Personalnummer (falls vorhanden): _______________________________________</w:t>
      </w:r>
    </w:p>
    <w:p>
      <w:r>
        <w:rPr>
          <w:b w:val="0"/>
          <w:sz w:val="20"/>
        </w:rPr>
        <w:t>Beschäftigt vom: _______________________________________________________</w:t>
      </w:r>
    </w:p>
    <w:p>
      <w:r>
        <w:rPr>
          <w:b w:val="0"/>
          <w:sz w:val="20"/>
        </w:rPr>
        <w:t>Beschäftigt bis (Kündigungsdatum): ______________________________________</w:t>
      </w:r>
    </w:p>
    <w:p>
      <w:r>
        <w:rPr>
          <w:b w:val="0"/>
          <w:sz w:val="20"/>
        </w:rPr>
        <w:t>Resturlaubstage zum Beendigungszeitpunkt: _______________________________</w:t>
      </w:r>
    </w:p>
    <w:p/>
    <w:p>
      <w:r>
        <w:rPr>
          <w:b/>
          <w:sz w:val="20"/>
        </w:rPr>
        <w:t>Rechtliche Grundlage:</w:t>
      </w:r>
    </w:p>
    <w:p>
      <w:r>
        <w:rPr>
          <w:b w:val="0"/>
          <w:sz w:val="20"/>
        </w:rPr>
        <w:t>Gemäß § 7 Abs. 4 BUrlG verfällt der Urlaubsanspruch bei Beendigung des Arbeitsverhältnisses, sofern der Urlaub nicht mehr genommen werden kann. Der gesetzliche Anspruch auf Urlaub besteht auch bei Kündigung, eine Auszahlung des nicht genommenen Urlaubs ist daher zu leisten.</w:t>
      </w:r>
    </w:p>
    <w:p/>
    <w:p>
      <w:r>
        <w:rPr>
          <w:b w:val="0"/>
          <w:sz w:val="20"/>
        </w:rPr>
        <w:t>Ich bitte Sie daher, die Auszahlung der genannten Resturlaubstage auf mein bekanntes Konto bis spätestens ___________________ zu veranlassen.</w:t>
      </w:r>
    </w:p>
    <w:p/>
    <w:p/>
    <w:p>
      <w:r>
        <w:rPr>
          <w:b w:val="0"/>
          <w:sz w:val="20"/>
        </w:rPr>
        <w:t>Für Rückfragen stehe ich Ihnen gerne zur Verfügung.</w:t>
      </w:r>
    </w:p>
    <w:p/>
    <w:p/>
    <w:p>
      <w:r>
        <w:rPr>
          <w:b w:val="0"/>
          <w:sz w:val="20"/>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Arbeitnehmer</w:t>
            </w:r>
          </w:p>
        </w:tc>
        <w:tc>
          <w:tcPr>
            <w:tcW w:type="dxa" w:w="4986"/>
            <w:tcBorders>
              <w:top w:val="nil"/>
              <w:left w:val="nil"/>
              <w:bottom w:val="nil"/>
              <w:right w:val="nil"/>
              <w:insideH w:val="nil"/>
              <w:insideV w:val="nil"/>
            </w:tcBorders>
          </w:tcPr>
          <w:p>
            <w:pPr>
              <w:jc w:val="center"/>
            </w:pPr>
            <w:r>
              <w:t>Arbeitgeber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https://arbeits-experte.com/schreiben-resturlaub-auszahlen-nach-kundigung/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schreiben-resturlaub-auszahlen-nach-kundigung/"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