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SCHREIBEN ZUR INFLATIONSAUSGLEICHSPRÄMIE FÜR MITARBEITER</w:t>
      </w:r>
    </w:p>
    <w:p/>
    <w:p/>
    <w:p>
      <w:r>
        <w:rPr>
          <w:b/>
          <w:sz w:val="22"/>
        </w:rPr>
        <w:t>Firma:</w:t>
      </w:r>
    </w:p>
    <w:p>
      <w:r>
        <w:rPr>
          <w:b w:val="0"/>
          <w:sz w:val="22"/>
        </w:rPr>
        <w:t>______________________________________________________________</w:t>
      </w:r>
    </w:p>
    <w:p/>
    <w:p>
      <w:r>
        <w:rPr>
          <w:b/>
          <w:sz w:val="22"/>
        </w:rPr>
        <w:t>Mitarbeiter/in:</w:t>
      </w:r>
    </w:p>
    <w:p>
      <w:r>
        <w:rPr>
          <w:b w:val="0"/>
          <w:sz w:val="22"/>
        </w:rPr>
        <w:t>Name: _________________________________________________________</w:t>
      </w:r>
    </w:p>
    <w:p>
      <w:r>
        <w:rPr>
          <w:b w:val="0"/>
          <w:sz w:val="22"/>
        </w:rPr>
        <w:t>Personalnummer (falls vorhanden): _______________________________</w:t>
      </w:r>
    </w:p>
    <w:p/>
    <w:p>
      <w:r>
        <w:rPr>
          <w:b/>
          <w:sz w:val="22"/>
        </w:rPr>
        <w:t>Betreff: Gewährung einer Inflationsausgleichsprämie</w:t>
      </w:r>
    </w:p>
    <w:p/>
    <w:p>
      <w:r>
        <w:rPr>
          <w:b w:val="0"/>
          <w:sz w:val="22"/>
        </w:rPr>
        <w:t>Sehr geehrte/r Mitarbeiter/in,</w:t>
        <w:br/>
        <w:br/>
        <w:t>um die finanziellen Belastungen durch die anhaltende Inflation zu mildern, wird Ihnen hiermit eine einmalige Inflationsausgleichsprämie gewährt. Diese Prämie soll dazu beitragen, die gestiegenen Lebenshaltungskosten teilweise auszugleichen.</w:t>
      </w:r>
    </w:p>
    <w:p/>
    <w:p>
      <w:r>
        <w:rPr>
          <w:b/>
          <w:sz w:val="22"/>
        </w:rPr>
        <w:t>Details zur Inflationsausgleichsprämie:</w:t>
      </w:r>
    </w:p>
    <w:p>
      <w:r>
        <w:rPr>
          <w:b w:val="0"/>
          <w:sz w:val="22"/>
        </w:rPr>
        <w:t xml:space="preserve"> - Höhe der Prämie: ______________________________________________</w:t>
      </w:r>
    </w:p>
    <w:p>
      <w:r>
        <w:rPr>
          <w:b w:val="0"/>
          <w:sz w:val="22"/>
        </w:rPr>
        <w:t xml:space="preserve"> - Auszahlung erfolgt als Einmalzahlung mit der Gehaltsabrechnung für ________________</w:t>
      </w:r>
    </w:p>
    <w:p>
      <w:r>
        <w:rPr>
          <w:b w:val="0"/>
          <w:sz w:val="22"/>
        </w:rPr>
        <w:t xml:space="preserve"> - Auszahlung brutto/netto: _______________________________________</w:t>
      </w:r>
    </w:p>
    <w:p/>
    <w:p>
      <w:r>
        <w:rPr>
          <w:b/>
          <w:sz w:val="22"/>
        </w:rPr>
        <w:t>Sonstige Hinweise:</w:t>
      </w:r>
    </w:p>
    <w:p>
      <w:r>
        <w:rPr>
          <w:b w:val="0"/>
          <w:sz w:val="22"/>
        </w:rPr>
        <w:t>Die Inflationsausgleichsprämie stellt eine freiwillige Leistung des Arbeitgebers dar und beinhaltet keine Änderung des Arbeitsvertrages oder der vertraglich vereinbarten Vergütung. Es bestehen keine Ansprüche auf Wiederholung oder Fortzahlung in der Zukunft.</w:t>
      </w:r>
    </w:p>
    <w:p/>
    <w:p>
      <w:r>
        <w:rPr>
          <w:b/>
          <w:sz w:val="22"/>
        </w:rPr>
        <w:t>Mit freundlichen Grüßen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Arbeitgeber / Firma</w:t>
            </w:r>
          </w:p>
        </w:tc>
        <w:tc>
          <w:tcPr>
            <w:tcW w:type="dxa" w:w="4986"/>
            <w:tcBorders>
              <w:top w:val="nil"/>
              <w:left w:val="nil"/>
              <w:bottom w:val="nil"/>
              <w:right w:val="nil"/>
              <w:insideH w:val="nil"/>
              <w:insideV w:val="nil"/>
            </w:tcBorders>
          </w:tcPr>
          <w:p>
            <w:pPr>
              <w:jc w:val="center"/>
            </w:pPr>
            <w:r>
              <w:t>Mitarbeiter/in</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https://arbeits-experte.com/schreiben-inflationsausgleichspramie-mitarbeiter/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https://arbeits-experte.com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arbeits-experte.com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rbeits-experte.com/schreiben-inflationsausgleichspramie-mitarbeiter/" TargetMode="External"/><Relationship Id="rId10" Type="http://schemas.openxmlformats.org/officeDocument/2006/relationships/hyperlink" Target="https://arbeits-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