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SCHREIBEN FÜR ARBEITGEBER ZUR WEITERBILDUNG</w:t>
      </w:r>
    </w:p>
    <w:p/>
    <w:p/>
    <w:p>
      <w:r>
        <w:rPr>
          <w:b/>
          <w:sz w:val="24"/>
        </w:rPr>
        <w:t>Angaben zum Arbeitgeber</w:t>
      </w:r>
    </w:p>
    <w:p>
      <w:r>
        <w:rPr>
          <w:b w:val="0"/>
          <w:sz w:val="22"/>
        </w:rPr>
        <w:t>Name des Arbeitgebers: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Anschrift des Arbeitgebers: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Angaben zum Arbeitnehmer</w:t>
      </w:r>
    </w:p>
    <w:p>
      <w:r>
        <w:rPr>
          <w:b w:val="0"/>
          <w:sz w:val="22"/>
        </w:rPr>
        <w:t>Name des Arbeitnehmers: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Position / Tätigkeit im Unternehmen: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Details zur Weiterbildung</w:t>
      </w:r>
    </w:p>
    <w:p>
      <w:r>
        <w:rPr>
          <w:b w:val="0"/>
          <w:sz w:val="22"/>
        </w:rPr>
        <w:t>Bezeichnung der Weiterbildung: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Inhalt und Ziel der Weiterbildung: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Dauer der Weiterbildung: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Ort der Weiterbildung: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Rechtsgrundlage und Zustimmung</w:t>
      </w:r>
    </w:p>
    <w:p>
      <w:r>
        <w:rPr>
          <w:b w:val="0"/>
          <w:sz w:val="22"/>
        </w:rPr>
        <w:t>Hiermit erklärt der Arbeitgeber, dass die oben genannte Weiterbildung gemäß § 96 Berufsbildungsgesetz (BBiG) bzw. § 4 Abs. 4 Nr. 5 SGB III unterstützt wird und der Arbeitnehmer die notwendige Freistellung für die Teilnahme an der Weiterbildung erhält.</w:t>
      </w:r>
    </w:p>
    <w:p>
      <w:r>
        <w:rPr>
          <w:b w:val="0"/>
          <w:sz w:val="22"/>
        </w:rPr>
        <w:t>Der Arbeitgeber bestätigt, dass die Weiterbildung für die berufliche Entwicklung des Arbeitnehmers förderlich ist und die Kostenübernahme (teilweise oder vollständig) geprüft und genehmigt wurde.</w:t>
      </w:r>
    </w:p>
    <w:p/>
    <w:p>
      <w:r>
        <w:rPr>
          <w:b/>
          <w:sz w:val="24"/>
        </w:rPr>
        <w:t>Verpflichtungen des Arbeitnehmers</w:t>
      </w:r>
    </w:p>
    <w:p>
      <w:r>
        <w:rPr>
          <w:b w:val="0"/>
          <w:sz w:val="22"/>
        </w:rPr>
        <w:t>Der Arbeitnehmer verpflichtet sich, die Weiterbildung gewissenhaft zu absolvieren und die erworbenen Kenntnisse zum Wohl des Unternehmens einzusetzen.</w:t>
      </w:r>
    </w:p>
    <w:p>
      <w:r>
        <w:rPr>
          <w:b w:val="0"/>
          <w:sz w:val="22"/>
        </w:rPr>
        <w:t>Im Falle eines vorzeitigen Abbruchs der Weiterbildung verpflichtet sich der Arbeitnehmer, den Arbeitgeber sofort zu informieren und die Gründe darzulegen.</w:t>
      </w:r>
    </w:p>
    <w:p/>
    <w:p>
      <w:r>
        <w:rPr>
          <w:b/>
          <w:sz w:val="24"/>
        </w:rPr>
        <w:t>Sonstiges</w:t>
      </w:r>
    </w:p>
    <w:p>
      <w:r>
        <w:rPr>
          <w:b w:val="0"/>
          <w:sz w:val="22"/>
        </w:rPr>
        <w:t>Dieses Schreiben dient als Nachweis und Grundlage für die Durchführung und Unterstützung der Weiterbildung durch den Arbeitgeber im Rahmen der geltenden gesetzlichen Bestimmungen in Deutschland.</w:t>
      </w:r>
    </w:p>
    <w:p/>
    <w:p/>
    <w:p>
      <w:r>
        <w:rPr>
          <w:b w:val="0"/>
          <w:sz w:val="22"/>
        </w:rPr>
        <w:t>Ort: ____________________________    Datum: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https://arbeits-experte.com/schreiben-fur-arbeitgeber-weiterbildung/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schreiben-fur-arbeitgeber-weiterbild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