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RÜCKMELDUNG NACH PROBEARBEITEN</w:t>
      </w:r>
    </w:p>
    <w:p/>
    <w:p/>
    <w:p>
      <w:r>
        <w:rPr>
          <w:b/>
          <w:sz w:val="22"/>
        </w:rPr>
        <w:t>Name des Bewerbers:</w:t>
      </w:r>
    </w:p>
    <w:p/>
    <w:p/>
    <w:p>
      <w:r>
        <w:rPr>
          <w:b/>
          <w:sz w:val="22"/>
        </w:rPr>
        <w:t>Position / Stelle:</w:t>
      </w:r>
    </w:p>
    <w:p/>
    <w:p/>
    <w:p>
      <w:r>
        <w:rPr>
          <w:b/>
          <w:sz w:val="22"/>
        </w:rPr>
        <w:t>Abteilung / Bereich:</w:t>
      </w:r>
    </w:p>
    <w:p/>
    <w:p/>
    <w:p/>
    <w:p>
      <w:r>
        <w:rPr>
          <w:b/>
          <w:sz w:val="22"/>
        </w:rPr>
        <w:t>Beurteilung der Arbeitsleistung</w:t>
      </w:r>
    </w:p>
    <w:p>
      <w:r>
        <w:rPr>
          <w:b w:val="0"/>
          <w:sz w:val="22"/>
        </w:rPr>
        <w:t>Bitte bewerten Sie die folgenden Bereiche der Probezeit:</w:t>
      </w:r>
    </w:p>
    <w:p>
      <w:r>
        <w:rPr>
          <w:b/>
          <w:sz w:val="22"/>
        </w:rPr>
        <w:t>1. Fachliche Kompetenz:</w:t>
      </w:r>
    </w:p>
    <w:p/>
    <w:p>
      <w:r>
        <w:rPr>
          <w:b/>
          <w:sz w:val="22"/>
        </w:rPr>
        <w:t>2. Arbeitsqualität und Genauigkeit:</w:t>
      </w:r>
    </w:p>
    <w:p/>
    <w:p>
      <w:r>
        <w:rPr>
          <w:b/>
          <w:sz w:val="22"/>
        </w:rPr>
        <w:t>3. Arbeitsgeschwindigkeit:</w:t>
      </w:r>
    </w:p>
    <w:p/>
    <w:p>
      <w:r>
        <w:rPr>
          <w:b/>
          <w:sz w:val="22"/>
        </w:rPr>
        <w:t>4. Eigeninitiative und Selbstständigkeit:</w:t>
      </w:r>
    </w:p>
    <w:p/>
    <w:p>
      <w:r>
        <w:rPr>
          <w:b/>
          <w:sz w:val="22"/>
        </w:rPr>
        <w:t>5. Teamfähigkeit und Kommunikation:</w:t>
      </w:r>
    </w:p>
    <w:p/>
    <w:p>
      <w:r>
        <w:rPr>
          <w:b/>
          <w:sz w:val="22"/>
        </w:rPr>
        <w:t>6. Zuverlässigkeit und Pünktlichkeit:</w:t>
      </w:r>
    </w:p>
    <w:p/>
    <w:p/>
    <w:p/>
    <w:p>
      <w:r>
        <w:rPr>
          <w:b/>
          <w:sz w:val="22"/>
        </w:rPr>
        <w:t>Gesamteindruck und Empfehlung</w:t>
      </w:r>
    </w:p>
    <w:p>
      <w:r>
        <w:rPr>
          <w:b w:val="0"/>
          <w:sz w:val="22"/>
        </w:rPr>
        <w:t>Bitte geben Sie hier eine abschließende Bewertung und ggf. eine Empfehlung für die weitere Zusammenarbeit ab:</w:t>
      </w:r>
    </w:p>
    <w:p/>
    <w:p/>
    <w:p/>
    <w:p/>
    <w:p>
      <w:r>
        <w:rPr>
          <w:b/>
          <w:sz w:val="22"/>
        </w:rPr>
        <w:t>Unterschriften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Beurteiler (Name / Funktion)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Bewerber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https://arbeits-experte.com/ruckmeldung-nach-probearbeiten/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ruckmeldung-nach-probearbeiten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