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RÜCKGABEERKLÄRUNG FÜR ARBEITSKLEIDUNG</w:t>
      </w:r>
    </w:p>
    <w:p/>
    <w:p>
      <w:r>
        <w:rPr>
          <w:b/>
          <w:sz w:val="20"/>
        </w:rPr>
        <w:t>Arbeitnehmer / Rückgebender:</w:t>
      </w:r>
    </w:p>
    <w:p>
      <w:r>
        <w:rPr>
          <w:b w:val="0"/>
          <w:sz w:val="20"/>
        </w:rPr>
        <w:t>Name: _____________________________________________________________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</w:t>
      </w:r>
    </w:p>
    <w:p/>
    <w:p>
      <w:r>
        <w:rPr>
          <w:b/>
          <w:sz w:val="20"/>
        </w:rPr>
        <w:t>Arbeitgeber / Empfangender:</w:t>
      </w:r>
    </w:p>
    <w:p>
      <w:r>
        <w:rPr>
          <w:b w:val="0"/>
          <w:sz w:val="20"/>
        </w:rPr>
        <w:t>Name / Firma: _____________________________________________________</w:t>
      </w:r>
    </w:p>
    <w:p>
      <w:r>
        <w:rPr>
          <w:b w:val="0"/>
          <w:sz w:val="20"/>
        </w:rPr>
        <w:t>Anschrift: ________________________________________________________</w:t>
      </w:r>
    </w:p>
    <w:p/>
    <w:p>
      <w:r>
        <w:rPr>
          <w:b/>
          <w:sz w:val="20"/>
        </w:rPr>
        <w:t>Beschreibung der zurückgegebenen Arbeitskleidung: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Zustand der Arbeitskleidung bei Rückgabe: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Bestätigung der Rückgabe:</w:t>
      </w:r>
    </w:p>
    <w:p>
      <w:r>
        <w:rPr>
          <w:b w:val="0"/>
          <w:sz w:val="20"/>
        </w:rPr>
        <w:t>Hiermit bestätigt der Arbeitnehmer, dass er die oben genannte Arbeitskleidung vollständig und in dem beschriebenen Zustand an den Arbeitgeber zurückgegeben hat.</w:t>
      </w:r>
    </w:p>
    <w:p/>
    <w:p>
      <w:r>
        <w:rPr>
          <w:b/>
          <w:sz w:val="20"/>
        </w:rPr>
        <w:t>Haftungsausschluss / Hinweise:</w:t>
      </w:r>
    </w:p>
    <w:p>
      <w:r>
        <w:rPr>
          <w:b w:val="0"/>
          <w:sz w:val="20"/>
        </w:rPr>
        <w:t>Der Arbeitnehmer bestätigt, dass keine weiteren Ansprüche bezüglich der zurückgegebenen Arbeitskleidung bestehen. Für Schäden, die nicht angegeben wurden, kann der Arbeitgeber keine Haftung übernehmen.</w:t>
      </w:r>
    </w:p>
    <w:p/>
    <w:p>
      <w:r>
        <w:rPr>
          <w:b/>
          <w:sz w:val="20"/>
        </w:rPr>
        <w:t>Sonstige Vereinbarungen: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/>
    <w:p>
      <w:r>
        <w:rPr>
          <w:b w:val="0"/>
          <w:sz w:val="20"/>
        </w:rPr>
        <w:t>Ort: ______________________________________________________________</w:t>
      </w:r>
    </w:p>
    <w:p>
      <w:r>
        <w:rPr>
          <w:b w:val="0"/>
          <w:sz w:val="20"/>
        </w:rPr>
        <w:t>Datum: 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 / Rückgebender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 / Empfangender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https://arbeits-experte.com/ruckgabe-arbeitskleidung/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ruckgabe-arbeitskleidung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