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NACHWEIS EINES ARBEITSVERHÄLTNISSES</w:t>
      </w:r>
    </w:p>
    <w:p/>
    <w:p/>
    <w:p>
      <w:r>
        <w:rPr>
          <w:b w:val="0"/>
          <w:sz w:val="22"/>
        </w:rPr>
        <w:t>Hiermit wird bestätigt, dass die/der nachfolgend genannte Arbeitnehmer/in bei der nachfolgend genannten Arbeitgeberin/beim nachfolgend genannten Arbeitgeber beschäftigt ist.</w:t>
      </w:r>
    </w:p>
    <w:p/>
    <w:p/>
    <w:p>
      <w:r>
        <w:rPr>
          <w:b/>
          <w:sz w:val="22"/>
        </w:rPr>
        <w:t>Angaben zum Arbeitgeber:</w:t>
      </w:r>
    </w:p>
    <w:p>
      <w:r>
        <w:rPr>
          <w:b w:val="0"/>
          <w:sz w:val="22"/>
        </w:rPr>
        <w:t>Name / Firma: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_________________________________________________________________</w:t>
      </w:r>
    </w:p>
    <w:p>
      <w:r>
        <w:rPr>
          <w:b w:val="0"/>
          <w:sz w:val="22"/>
        </w:rPr>
        <w:t>Telefon: 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/>
    <w:p>
      <w:r>
        <w:rPr>
          <w:b/>
          <w:sz w:val="22"/>
        </w:rPr>
        <w:t>Angaben zur Arbeitnehmerin / zum Arbeitnehmer:</w:t>
      </w:r>
    </w:p>
    <w:p>
      <w:r>
        <w:rPr>
          <w:b w:val="0"/>
          <w:sz w:val="22"/>
        </w:rPr>
        <w:t>Vor- und Nachname: 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_________________________________________________________________</w:t>
      </w:r>
    </w:p>
    <w:p/>
    <w:p/>
    <w:p>
      <w:r>
        <w:rPr>
          <w:b/>
          <w:sz w:val="22"/>
        </w:rPr>
        <w:t>Beschäftigungsdetails:</w:t>
      </w:r>
    </w:p>
    <w:p>
      <w:r>
        <w:rPr>
          <w:b w:val="0"/>
          <w:sz w:val="22"/>
        </w:rPr>
        <w:t>Art des Beschäftigungsverhältnisses: ____________________________________________</w:t>
      </w:r>
    </w:p>
    <w:p>
      <w:r>
        <w:rPr>
          <w:b w:val="0"/>
          <w:sz w:val="22"/>
        </w:rPr>
        <w:t>Beginn des Arbeitsverhältnisses: _______________________________________________</w:t>
      </w:r>
    </w:p>
    <w:p>
      <w:r>
        <w:rPr>
          <w:b w:val="0"/>
          <w:sz w:val="22"/>
        </w:rPr>
        <w:t>Derzeitige Tätigkeit / Position: ________________________________________________</w:t>
      </w:r>
    </w:p>
    <w:p>
      <w:r>
        <w:rPr>
          <w:b w:val="0"/>
          <w:sz w:val="22"/>
        </w:rPr>
        <w:t>Arbeitszeit (Stunden/Woche): _________________________________________________</w:t>
      </w:r>
    </w:p>
    <w:p>
      <w:r>
        <w:rPr>
          <w:b w:val="0"/>
          <w:sz w:val="22"/>
        </w:rPr>
        <w:t>Arbeitsort: ________________________________________________________________</w:t>
      </w:r>
    </w:p>
    <w:p/>
    <w:p/>
    <w:p>
      <w:r>
        <w:rPr>
          <w:b w:val="0"/>
          <w:sz w:val="22"/>
        </w:rPr>
        <w:t>Diese Bescheinigung dient als Nachweis des bestehenden Arbeitsverhältnisses und wird auf Wunsch der/des Arbeitnehmerin/Arbeitnehmers ausgestellt.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https://arbeits-experte.com/nachweis-eines-arbeitsverhaltnisses/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nachweis-eines-arbeitsverhaltnisses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