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MITTEILUNG ÜBER RENTENBEGINN</w:t>
      </w:r>
    </w:p>
    <w:p/>
    <w:p/>
    <w:p>
      <w:r>
        <w:rPr>
          <w:b/>
          <w:sz w:val="20"/>
        </w:rPr>
        <w:t>Absender:</w:t>
      </w:r>
    </w:p>
    <w:p>
      <w:r>
        <w:rPr>
          <w:b w:val="0"/>
          <w:sz w:val="20"/>
        </w:rPr>
        <w:t>Name: _____________________________________________________________</w:t>
      </w:r>
    </w:p>
    <w:p>
      <w:r>
        <w:rPr>
          <w:b w:val="0"/>
          <w:sz w:val="20"/>
        </w:rPr>
        <w:t>Anschrift: ________________________________________________________</w:t>
      </w:r>
    </w:p>
    <w:p>
      <w:r>
        <w:rPr>
          <w:b w:val="0"/>
          <w:sz w:val="20"/>
        </w:rPr>
        <w:t>Telefon: __________________________________________________________</w:t>
      </w:r>
    </w:p>
    <w:p>
      <w:r>
        <w:rPr>
          <w:b w:val="0"/>
          <w:sz w:val="20"/>
        </w:rPr>
        <w:t>E-Mail: ___________________________________________________________</w:t>
      </w:r>
    </w:p>
    <w:p/>
    <w:p/>
    <w:p>
      <w:r>
        <w:rPr>
          <w:b/>
          <w:sz w:val="20"/>
        </w:rPr>
        <w:t>Arbeitgeber:</w:t>
      </w:r>
    </w:p>
    <w:p>
      <w:r>
        <w:rPr>
          <w:b w:val="0"/>
          <w:sz w:val="20"/>
        </w:rPr>
        <w:t>Firma: ____________________________________________________________</w:t>
      </w:r>
    </w:p>
    <w:p>
      <w:r>
        <w:rPr>
          <w:b w:val="0"/>
          <w:sz w:val="20"/>
        </w:rPr>
        <w:t>Anschrift: ________________________________________________________</w:t>
      </w:r>
    </w:p>
    <w:p/>
    <w:p/>
    <w:p>
      <w:r>
        <w:rPr>
          <w:b/>
          <w:sz w:val="20"/>
        </w:rPr>
        <w:t>Betreff:</w:t>
      </w:r>
    </w:p>
    <w:p>
      <w:r>
        <w:rPr>
          <w:b w:val="0"/>
          <w:sz w:val="20"/>
        </w:rPr>
        <w:t>Mitteilung über den Beginn der gesetzlichen Altersrente</w:t>
      </w:r>
    </w:p>
    <w:p/>
    <w:p/>
    <w:p>
      <w:r>
        <w:rPr>
          <w:b w:val="0"/>
          <w:sz w:val="20"/>
        </w:rPr>
        <w:t>Sehr geehrte Damen und Herren,</w:t>
      </w:r>
    </w:p>
    <w:p/>
    <w:p>
      <w:r>
        <w:rPr>
          <w:b w:val="0"/>
          <w:sz w:val="20"/>
        </w:rPr>
        <w:t>hiermit teile ich Ihnen mit, dass ich zum oben genannten Datum die gesetzliche Altersrente in Anspruch nehme. Bitte berücksichtigen Sie dies bei der weiteren Lohnabrechnung und ggf. bei der Abmeldung bei der Sozialversicherung.</w:t>
      </w:r>
    </w:p>
    <w:p/>
    <w:p>
      <w:r>
        <w:rPr>
          <w:b w:val="0"/>
          <w:sz w:val="20"/>
        </w:rPr>
        <w:t>Ich bitte Sie, mir eine schriftliche Bestätigung über den Erhalt dieser Mitteilung zuzusenden.</w:t>
      </w:r>
    </w:p>
    <w:p/>
    <w:p/>
    <w:p>
      <w:r>
        <w:rPr>
          <w:b w:val="0"/>
          <w:sz w:val="20"/>
        </w:rPr>
        <w:t>Mit freundlichen Grüßen,</w:t>
      </w:r>
    </w:p>
    <w:p/>
    <w:p/>
    <w:p/>
    <w:p/>
    <w:p>
      <w:r>
        <w:rPr>
          <w:b w:val="0"/>
          <w:sz w:val="20"/>
        </w:rPr>
        <w:t>______________________________</w:t>
      </w:r>
    </w:p>
    <w:p>
      <w:r>
        <w:rPr>
          <w:b w:val="0"/>
          <w:sz w:val="20"/>
        </w:rPr>
        <w:t>Unterschrift des Arbeitnehmers</w:t>
      </w:r>
    </w:p>
    <w:p/>
    <w:p/>
    <w:p>
      <w:r>
        <w:rPr>
          <w:b w:val="0"/>
          <w:sz w:val="20"/>
        </w:rPr>
        <w:t>Ort: ____________________________    Datum: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Für den Arbeitgeber</w:t>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Originalquelle dieses Dokuments:</w:t>
      </w:r>
    </w:p>
    <w:p>
      <w:pPr>
        <w:jc w:val="center"/>
      </w:pPr>
      <w:hyperlink r:id="rId9">
        <w:r>
          <w:rPr>
            <w:color w:val="0000FF"/>
            <w:u w:val="single"/>
          </w:rPr>
          <w:t>https://arbeits-experte.com/mitteilung-an-arbeitgeber-uber-rentenbeginn-schreiben/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mitteilung-an-arbeitgeber-uber-rentenbeginn-schreiben/"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