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MITARBEITERBEFRAGUNG ZUR ZUFRIEDENHEIT</w:t>
      </w:r>
    </w:p>
    <w:p/>
    <w:p/>
    <w:p>
      <w:r>
        <w:rPr>
          <w:sz w:val="20"/>
        </w:rPr>
        <w:t>Diese Befragung dient der Verbesserung der Arbeitsbedingungen und des Arbeitsklimas in unserem Unternehmen. Bitte beantworten Sie die folgenden Fragen möglichst ehrlich und vollständig. Die Angaben sind anonym und werden vertraulich behandelt.</w:t>
      </w:r>
    </w:p>
    <w:p/>
    <w:p/>
    <w:p>
      <w:r>
        <w:rPr>
          <w:b/>
          <w:sz w:val="22"/>
        </w:rPr>
        <w:t>1. Wie zufrieden sind Sie insgesamt mit Ihrer Arbeit?</w:t>
      </w:r>
    </w:p>
    <w:p>
      <w:r>
        <w:rPr>
          <w:sz w:val="20"/>
        </w:rPr>
        <w:t>_____________________________________________________________________________________</w:t>
      </w:r>
    </w:p>
    <w:p>
      <w:r>
        <w:rPr>
          <w:sz w:val="20"/>
        </w:rPr>
        <w:t>_____________________________________________________________________________________</w:t>
      </w:r>
    </w:p>
    <w:p/>
    <w:p>
      <w:r>
        <w:rPr>
          <w:b/>
          <w:sz w:val="22"/>
        </w:rPr>
        <w:t>2. Wie bewerten Sie das Betriebsklima in Ihrem Team?</w:t>
      </w:r>
    </w:p>
    <w:p>
      <w:r>
        <w:rPr>
          <w:sz w:val="20"/>
        </w:rPr>
        <w:t>_____________________________________________________________________________________</w:t>
      </w:r>
    </w:p>
    <w:p>
      <w:r>
        <w:rPr>
          <w:sz w:val="20"/>
        </w:rPr>
        <w:t>_____________________________________________________________________________________</w:t>
      </w:r>
    </w:p>
    <w:p/>
    <w:p>
      <w:r>
        <w:rPr>
          <w:b/>
          <w:sz w:val="22"/>
        </w:rPr>
        <w:t>3. Fühlen Sie sich von Ihrer Führungskraft ausreichend unterstützt?</w:t>
      </w:r>
    </w:p>
    <w:p>
      <w:r>
        <w:rPr>
          <w:sz w:val="20"/>
        </w:rPr>
        <w:t>_____________________________________________________________________________________</w:t>
      </w:r>
    </w:p>
    <w:p>
      <w:r>
        <w:rPr>
          <w:sz w:val="20"/>
        </w:rPr>
        <w:t>_____________________________________________________________________________________</w:t>
      </w:r>
    </w:p>
    <w:p/>
    <w:p/>
    <w:p>
      <w:r>
        <w:rPr>
          <w:b/>
          <w:sz w:val="22"/>
        </w:rPr>
        <w:t>4. Sind Sie mit den Arbeitszeiten zufrieden?</w:t>
      </w:r>
    </w:p>
    <w:p>
      <w:r>
        <w:rPr>
          <w:sz w:val="20"/>
        </w:rPr>
        <w:t>_____________________________________________________________________________________</w:t>
      </w:r>
    </w:p>
    <w:p>
      <w:r>
        <w:rPr>
          <w:sz w:val="20"/>
        </w:rPr>
        <w:t>_____________________________________________________________________________________</w:t>
      </w:r>
    </w:p>
    <w:p/>
    <w:p>
      <w:r>
        <w:rPr>
          <w:b/>
          <w:sz w:val="22"/>
        </w:rPr>
        <w:t>5. Wie bewerten Sie die Arbeitsplatzgestaltung (z.B. Ausstattung, Ergonomie)?</w:t>
      </w:r>
    </w:p>
    <w:p>
      <w:r>
        <w:rPr>
          <w:sz w:val="20"/>
        </w:rPr>
        <w:t>_____________________________________________________________________________________</w:t>
      </w:r>
    </w:p>
    <w:p>
      <w:r>
        <w:rPr>
          <w:sz w:val="20"/>
        </w:rPr>
        <w:t>_____________________________________________________________________________________</w:t>
      </w:r>
    </w:p>
    <w:p/>
    <w:p>
      <w:r>
        <w:rPr>
          <w:b/>
          <w:sz w:val="22"/>
        </w:rPr>
        <w:t>6. Haben Sie ausreichend Möglichkeiten zur Weiterbildung und Entwicklung?</w:t>
      </w:r>
    </w:p>
    <w:p>
      <w:r>
        <w:rPr>
          <w:sz w:val="20"/>
        </w:rPr>
        <w:t>_____________________________________________________________________________________</w:t>
      </w:r>
    </w:p>
    <w:p>
      <w:r>
        <w:rPr>
          <w:sz w:val="20"/>
        </w:rPr>
        <w:t>_____________________________________________________________________________________</w:t>
      </w:r>
    </w:p>
    <w:p/>
    <w:p/>
    <w:p>
      <w:r>
        <w:rPr>
          <w:b/>
          <w:sz w:val="22"/>
        </w:rPr>
        <w:t>7. Wie beurteilen Sie die Kommunikation innerhalb des Unternehmens?</w:t>
      </w:r>
    </w:p>
    <w:p>
      <w:r>
        <w:rPr>
          <w:sz w:val="20"/>
        </w:rPr>
        <w:t>_____________________________________________________________________________________</w:t>
      </w:r>
    </w:p>
    <w:p>
      <w:r>
        <w:rPr>
          <w:sz w:val="20"/>
        </w:rPr>
        <w:t>_____________________________________________________________________________________</w:t>
      </w:r>
    </w:p>
    <w:p/>
    <w:p>
      <w:r>
        <w:rPr>
          <w:b/>
          <w:sz w:val="22"/>
        </w:rPr>
        <w:t>8. Wie gut funktioniert die Zusammenarbeit mit anderen Abteilungen?</w:t>
      </w:r>
    </w:p>
    <w:p>
      <w:r>
        <w:rPr>
          <w:sz w:val="20"/>
        </w:rPr>
        <w:t>_____________________________________________________________________________________</w:t>
      </w:r>
    </w:p>
    <w:p>
      <w:r>
        <w:rPr>
          <w:sz w:val="20"/>
        </w:rPr>
        <w:t>_____________________________________________________________________________________</w:t>
      </w:r>
    </w:p>
    <w:p/>
    <w:p>
      <w:r>
        <w:rPr>
          <w:b/>
          <w:sz w:val="22"/>
        </w:rPr>
        <w:t>9. Haben Sie Vorschläge zur Verbesserung der Kommunikation oder Zusammenarbeit?</w:t>
      </w:r>
    </w:p>
    <w:p>
      <w:r>
        <w:rPr>
          <w:sz w:val="20"/>
        </w:rPr>
        <w:t>_____________________________________________________________________________________</w:t>
      </w:r>
    </w:p>
    <w:p>
      <w:r>
        <w:rPr>
          <w:sz w:val="20"/>
        </w:rPr>
        <w:t>_____________________________________________________________________________________</w:t>
      </w:r>
    </w:p>
    <w:p>
      <w:r>
        <w:rPr>
          <w:sz w:val="20"/>
        </w:rPr>
        <w:t>_____________________________________________________________________________________</w:t>
      </w:r>
    </w:p>
    <w:p/>
    <w:p/>
    <w:p>
      <w:r>
        <w:rPr>
          <w:b/>
          <w:sz w:val="22"/>
        </w:rPr>
        <w:t>10. Gibt es sonstige Anliegen oder Anmerkungen, die Sie mitteilen möchten?</w:t>
      </w:r>
    </w:p>
    <w:p>
      <w:r>
        <w:rPr>
          <w:sz w:val="20"/>
        </w:rPr>
        <w:t>_____________________________________________________________________________________</w:t>
      </w:r>
    </w:p>
    <w:p>
      <w:r>
        <w:rPr>
          <w:sz w:val="20"/>
        </w:rPr>
        <w:t>_____________________________________________________________________________________</w:t>
      </w:r>
    </w:p>
    <w:p>
      <w:r>
        <w:rPr>
          <w:sz w:val="20"/>
        </w:rPr>
        <w:t>_____________________________________________________________________________________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Name des Mitarbeiters:</w:t>
            </w:r>
          </w:p>
        </w:tc>
        <w:tc>
          <w:tcPr>
            <w:tcW w:type="dxa" w:w="4986"/>
            <w:tcBorders>
              <w:top w:val="nil"/>
              <w:left w:val="nil"/>
              <w:bottom w:val="nil"/>
              <w:right w:val="nil"/>
              <w:insideH w:val="nil"/>
              <w:insideV w:val="nil"/>
            </w:tcBorders>
          </w:tcPr>
          <w:p>
            <w:pPr>
              <w:jc w:val="left"/>
            </w:pPr>
            <w:r>
              <w:t>Datum:</w:t>
            </w:r>
          </w:p>
        </w:tc>
      </w:tr>
      <w:tr>
        <w:tc>
          <w:tcPr>
            <w:tcW w:type="dxa" w:w="4986"/>
            <w:tcBorders>
              <w:top w:val="nil"/>
              <w:left w:val="nil"/>
              <w:bottom w:val="nil"/>
              <w:right w:val="nil"/>
              <w:insideH w:val="nil"/>
              <w:insideV w:val="nil"/>
            </w:tcBorders>
          </w:tcPr>
          <w:p>
            <w:pPr>
              <w:jc w:val="left"/>
            </w:pPr>
            <w:r>
              <w:t>_______________________________</w:t>
            </w:r>
          </w:p>
        </w:tc>
        <w:tc>
          <w:tcPr>
            <w:tcW w:type="dxa" w:w="4986"/>
            <w:tcBorders>
              <w:top w:val="nil"/>
              <w:left w:val="nil"/>
              <w:bottom w:val="nil"/>
              <w:right w:val="nil"/>
              <w:insideH w:val="nil"/>
              <w:insideV w:val="nil"/>
            </w:tcBorders>
          </w:tcPr>
          <w:p>
            <w:pPr>
              <w:jc w:val="left"/>
            </w:pPr>
            <w:r>
              <w:t>_______________________________</w:t>
            </w:r>
          </w:p>
        </w:tc>
      </w:tr>
    </w:tbl>
    <w:p/>
    <w:p/>
    <w:p>
      <w:pPr>
        <w:jc w:val="center"/>
      </w:pPr>
      <w:r>
        <w:rPr>
          <w:sz w:val="16"/>
        </w:rPr>
        <w:t>Hinweis: Diese Mitarbeiterbefragung dient der internen Verbesserung und ist freiwillig. Die Anonymität wird gewahrt, sofern keine persönlichen Angaben gemacht werden.</w:t>
      </w:r>
    </w:p>
    <w:p>
      <w:r>
        <w:br w:type="page"/>
      </w:r>
    </w:p>
    <w:p>
      <w:pPr>
        <w:jc w:val="center"/>
      </w:pPr>
      <w:r>
        <w:rPr>
          <w:color w:val="555555"/>
          <w:sz w:val="24"/>
        </w:rPr>
        <w:t>Originalquelle dieses Dokuments:</w:t>
      </w:r>
    </w:p>
    <w:p>
      <w:pPr>
        <w:jc w:val="center"/>
      </w:pPr>
      <w:hyperlink r:id="rId9">
        <w:r>
          <w:rPr>
            <w:color w:val="0000FF"/>
            <w:u w:val="single"/>
          </w:rPr>
          <w:t>https://arbeits-experte.com/mitarbeiterbefragung-zufriedenheit/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https://arbeits-experte.com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arbeits-experte.com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rbeits-experte.com/mitarbeiterbefragung-zufriedenheit/" TargetMode="External"/><Relationship Id="rId10" Type="http://schemas.openxmlformats.org/officeDocument/2006/relationships/hyperlink" Target="https://arbeits-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