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LEISTUNGSVERZEICHNIS REINIGUNG</w:t>
      </w:r>
    </w:p>
    <w:p/>
    <w:p/>
    <w:p>
      <w:r>
        <w:rPr>
          <w:b/>
          <w:sz w:val="24"/>
        </w:rPr>
        <w:t>1. Vertragsgegenstand</w:t>
      </w:r>
    </w:p>
    <w:p>
      <w:r>
        <w:rPr>
          <w:b w:val="0"/>
          <w:sz w:val="20"/>
        </w:rPr>
        <w:t>Gegenstand des Vertrags ist die Durchführung von Reinigungsarbeiten gemäß den nachfolgenden Leistungsbeschreibungen.</w:t>
      </w:r>
    </w:p>
    <w:p/>
    <w:p>
      <w:r>
        <w:rPr>
          <w:b/>
          <w:sz w:val="24"/>
        </w:rPr>
        <w:t>2. Leistungsumfang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Leistungsbeschreibung</w:t>
            </w:r>
          </w:p>
        </w:tc>
        <w:tc>
          <w:tcPr>
            <w:tcW w:type="dxa" w:w="2493"/>
          </w:tcPr>
          <w:p>
            <w:r>
              <w:t>Reinigungsfrequenz</w:t>
            </w:r>
          </w:p>
        </w:tc>
        <w:tc>
          <w:tcPr>
            <w:tcW w:type="dxa" w:w="2493"/>
          </w:tcPr>
          <w:p>
            <w:r>
              <w:t>Fläche / Menge</w:t>
            </w:r>
          </w:p>
        </w:tc>
        <w:tc>
          <w:tcPr>
            <w:tcW w:type="dxa" w:w="2493"/>
          </w:tcPr>
          <w:p>
            <w:r>
              <w:t>Bemerkungen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b/>
          <w:sz w:val="24"/>
        </w:rPr>
        <w:t>3. Qualitätsanforderungen</w:t>
      </w:r>
    </w:p>
    <w:p>
      <w:r>
        <w:rPr>
          <w:b w:val="0"/>
          <w:sz w:val="20"/>
        </w:rPr>
        <w:t>Die Reinigungsleistungen sind sorgfältig, fachgerecht und unter Berücksichtigung der vereinbarten Qualitätsstandards auszuführen.</w:t>
      </w:r>
    </w:p>
    <w:p>
      <w:r>
        <w:rPr>
          <w:b w:val="0"/>
          <w:sz w:val="20"/>
        </w:rPr>
        <w:t>Alle verwendeten Reinigungsmittel müssen umweltverträglich und den geltenden Vorschriften entsprechend sein.</w:t>
      </w:r>
    </w:p>
    <w:p>
      <w:r>
        <w:rPr>
          <w:b w:val="0"/>
          <w:sz w:val="20"/>
        </w:rPr>
        <w:t>Die Einhaltung der Arbeitssicherheit und des Gesundheitsschutzes ist Pflicht.</w:t>
      </w:r>
    </w:p>
    <w:p/>
    <w:p>
      <w:r>
        <w:rPr>
          <w:b/>
          <w:sz w:val="24"/>
        </w:rPr>
        <w:t>4. Termine und Ausführungsfristen</w:t>
      </w:r>
    </w:p>
    <w:p>
      <w:r>
        <w:rPr>
          <w:b w:val="0"/>
          <w:sz w:val="20"/>
        </w:rPr>
        <w:t>Die Reinigungsarbeiten sind zu den vereinbarten Zeiten und Fristen durchzuführen. Terminabweichungen sind unverzüglich mitzuteilen.</w:t>
      </w:r>
    </w:p>
    <w:p/>
    <w:p>
      <w:r>
        <w:rPr>
          <w:b/>
          <w:sz w:val="24"/>
        </w:rPr>
        <w:t>5. Vergütung</w:t>
      </w:r>
    </w:p>
    <w:p>
      <w:r>
        <w:rPr>
          <w:b w:val="0"/>
          <w:sz w:val="20"/>
        </w:rPr>
        <w:t>Die Vergütung erfolgt gemäß Angebot bzw. gesonderter Vereinbarung. Die Abrechnung erfolgt monatlich auf Basis der tatsächlich erbrachten Leistungen.</w:t>
      </w:r>
    </w:p>
    <w:p/>
    <w:p>
      <w:r>
        <w:rPr>
          <w:b/>
          <w:sz w:val="24"/>
        </w:rPr>
        <w:t>6. Haftung und Gewährleistung</w:t>
      </w:r>
    </w:p>
    <w:p>
      <w:r>
        <w:rPr>
          <w:b w:val="0"/>
          <w:sz w:val="20"/>
        </w:rPr>
        <w:t>Der Auftragnehmer haftet für Schäden, die durch unsachgemäße Ausführung der Reinigungsarbeiten entstehen, nach den gesetzlichen Bestimmungen.</w:t>
      </w:r>
    </w:p>
    <w:p>
      <w:r>
        <w:rPr>
          <w:b w:val="0"/>
          <w:sz w:val="20"/>
        </w:rPr>
        <w:t>Mängel sind vom Auftraggeber unverzüglich schriftlich anzuzeigen, damit Nachbesserungen erfolgen können.</w:t>
      </w:r>
    </w:p>
    <w:p/>
    <w:p>
      <w:r>
        <w:rPr>
          <w:b/>
          <w:sz w:val="24"/>
        </w:rPr>
        <w:t>7. Vertragsdauer und Kündigung</w:t>
      </w:r>
    </w:p>
    <w:p>
      <w:r>
        <w:rPr>
          <w:b w:val="0"/>
          <w:sz w:val="20"/>
        </w:rPr>
        <w:t>Der Vertrag beginnt mit Unterzeichnung und läuft auf unbestimmte Zeit, sofern nicht anders schriftlich vereinbart.</w:t>
      </w:r>
    </w:p>
    <w:p>
      <w:r>
        <w:rPr>
          <w:b w:val="0"/>
          <w:sz w:val="20"/>
        </w:rPr>
        <w:t>Eine Kündigung bedarf der Schriftform und ist mit einer Frist von 4 Wochen zum Monatsende möglich.</w:t>
      </w:r>
    </w:p>
    <w:p/>
    <w:p>
      <w:r>
        <w:rPr>
          <w:b/>
          <w:sz w:val="24"/>
        </w:rPr>
        <w:t>8. Sonstige Vereinbarungen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/>
    <w:p>
      <w:r>
        <w:rPr>
          <w:b/>
          <w:sz w:val="24"/>
        </w:rPr>
        <w:t>9. Unterschriften</w:t>
      </w:r>
    </w:p>
    <w:p>
      <w:r>
        <w:rPr>
          <w:b w:val="0"/>
          <w:sz w:val="20"/>
        </w:rPr>
        <w:t>Ort: ____________________________    Datum: 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https://arbeits-experte.com/leistungsverzeichnis-reinigung/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leistungsverzeichnis-reinig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