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EINSTIEGSGELD</w:t>
      </w:r>
    </w:p>
    <w:p/>
    <w:p/>
    <w:p>
      <w:r>
        <w:rPr>
          <w:b/>
          <w:sz w:val="24"/>
        </w:rPr>
        <w:t>1. Persönliche Angaben der Antragstellerin / des Antragstellers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</w:t>
      </w:r>
    </w:p>
    <w:p>
      <w:r>
        <w:rPr>
          <w:b w:val="0"/>
          <w:sz w:val="22"/>
        </w:rPr>
        <w:t>Telefonnummer: 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</w:t>
      </w:r>
    </w:p>
    <w:p/>
    <w:p>
      <w:r>
        <w:rPr>
          <w:b/>
          <w:sz w:val="24"/>
        </w:rPr>
        <w:t>2. Angaben zur Leistung</w:t>
      </w:r>
    </w:p>
    <w:p>
      <w:r>
        <w:rPr>
          <w:b w:val="0"/>
          <w:sz w:val="22"/>
        </w:rPr>
        <w:t>Ich beantrage Einstiegsgeld im Rahmen des § 16b SGB II.</w:t>
      </w:r>
    </w:p>
    <w:p>
      <w:r>
        <w:rPr>
          <w:b w:val="0"/>
          <w:sz w:val="22"/>
        </w:rPr>
        <w:t>Geplanter Beginn der selbständigen Tätigkeit (TT.MM.JJJJ): _______________</w:t>
      </w:r>
    </w:p>
    <w:p>
      <w:r>
        <w:rPr>
          <w:b w:val="0"/>
          <w:sz w:val="22"/>
        </w:rPr>
        <w:t>Dauer der Förderung (max. 12 Monate): _________________________________</w:t>
      </w:r>
    </w:p>
    <w:p/>
    <w:p>
      <w:r>
        <w:rPr>
          <w:b/>
          <w:sz w:val="24"/>
        </w:rPr>
        <w:t>3. Angaben zur selbständigen Tätigkeit</w:t>
      </w:r>
    </w:p>
    <w:p>
      <w:r>
        <w:rPr>
          <w:b w:val="0"/>
          <w:sz w:val="22"/>
        </w:rPr>
        <w:t>Bezeichnung der geplanten Tätigkeit: ___________________________________</w:t>
      </w:r>
    </w:p>
    <w:p>
      <w:r>
        <w:rPr>
          <w:b w:val="0"/>
          <w:sz w:val="22"/>
        </w:rPr>
        <w:t>Beschreibung der Tätigkeit: _____________________________________________</w:t>
      </w:r>
    </w:p>
    <w:p>
      <w:r>
        <w:rPr>
          <w:b w:val="0"/>
          <w:sz w:val="22"/>
        </w:rPr>
        <w:t>Geplanter Standort / Betriebsstätte: ____________________________________</w:t>
      </w:r>
    </w:p>
    <w:p>
      <w:r>
        <w:rPr>
          <w:b w:val="0"/>
          <w:sz w:val="22"/>
        </w:rPr>
        <w:t>Geplanter Umfang der Tätigkeit (Stunden/Woche): _________________________</w:t>
      </w:r>
    </w:p>
    <w:p>
      <w:r>
        <w:rPr>
          <w:b w:val="0"/>
          <w:sz w:val="22"/>
        </w:rPr>
        <w:t>Voraussichtliche Einkünfte (monatlich): _________________________________</w:t>
      </w:r>
    </w:p>
    <w:p/>
    <w:p>
      <w:r>
        <w:rPr>
          <w:b/>
          <w:sz w:val="24"/>
        </w:rPr>
        <w:t>4. Angaben zu weiteren Förderungen</w:t>
      </w:r>
    </w:p>
    <w:p>
      <w:r>
        <w:rPr>
          <w:b w:val="0"/>
          <w:sz w:val="22"/>
        </w:rPr>
        <w:t>Ich erhalte / erhielt folgende weitere Förderungen (bitte ankreuzen):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sz w:val="22"/>
              </w:rPr>
              <w:t>[  ] Gründungszuschuss (Agentur für Arbeit)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sz w:val="22"/>
              </w:rPr>
              <w:t>[  ] Mikrodarlehen / Kredit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sz w:val="22"/>
              </w:rPr>
              <w:t>[  ] Sonstige Förderungen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sz w:val="22"/>
              </w:rPr>
              <w:t>[  ] Keine weiteren Förderungen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>
      <w:r>
        <w:rPr>
          <w:b/>
          <w:sz w:val="24"/>
        </w:rPr>
        <w:t>5. Erklärung und Verpflichtung</w:t>
      </w:r>
    </w:p>
    <w:p>
      <w:r>
        <w:rPr>
          <w:b w:val="0"/>
          <w:sz w:val="22"/>
        </w:rPr>
        <w:t>Ich versichere, dass die Angaben wahrheitsgemäß und vollständig sind. Mir ist bekannt, dass falsche Angaben rechtliche Folgen haben können.</w:t>
      </w:r>
    </w:p>
    <w:p>
      <w:r>
        <w:rPr>
          <w:b w:val="0"/>
          <w:sz w:val="22"/>
        </w:rPr>
        <w:t>Ich verpflichte mich, Änderungen, die für die Bewilligung und Leistungserbringung von Bedeutung sind, unverzüglich mitzuteilen.</w:t>
      </w:r>
    </w:p>
    <w:p/>
    <w:p/>
    <w:p>
      <w:r>
        <w:rPr>
          <w:b w:val="0"/>
          <w:sz w:val="22"/>
        </w:rPr>
        <w:t>Ort, Datum: 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Sachbearbeiter/in Jobcenter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https://arbeits-experte.com/jobcenter-einstiegsgeld-antrag/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jobcenter-einstiegsgeld-antra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