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INFORMATIONSSCHREIBEN AN MITARBEITER</w:t>
      </w:r>
    </w:p>
    <w:p/>
    <w:p/>
    <w:p>
      <w:r>
        <w:rPr>
          <w:b w:val="0"/>
          <w:sz w:val="22"/>
        </w:rPr>
        <w:t>Absender:</w:t>
      </w:r>
    </w:p>
    <w:p>
      <w:r>
        <w:rPr>
          <w:b w:val="0"/>
          <w:sz w:val="22"/>
        </w:rPr>
        <w:t>Firma: ___________________________________________________________</w:t>
      </w:r>
    </w:p>
    <w:p>
      <w:r>
        <w:rPr>
          <w:b w:val="0"/>
          <w:sz w:val="22"/>
        </w:rPr>
        <w:t>Abteilung: _______________________________________________________</w:t>
      </w:r>
    </w:p>
    <w:p>
      <w:r>
        <w:rPr>
          <w:b w:val="0"/>
          <w:sz w:val="22"/>
        </w:rPr>
        <w:t>Ansprechpartner: _________________________________________________</w:t>
      </w:r>
    </w:p>
    <w:p/>
    <w:p>
      <w:r>
        <w:rPr>
          <w:b w:val="0"/>
          <w:sz w:val="22"/>
        </w:rPr>
        <w:t>Empfänger:</w:t>
      </w:r>
    </w:p>
    <w:p>
      <w:r>
        <w:rPr>
          <w:b w:val="0"/>
          <w:sz w:val="22"/>
        </w:rPr>
        <w:t>Name: ____________________________________________________________</w:t>
      </w:r>
    </w:p>
    <w:p>
      <w:r>
        <w:rPr>
          <w:b w:val="0"/>
          <w:sz w:val="22"/>
        </w:rPr>
        <w:t>Abteilung: _______________________________________________________</w:t>
      </w:r>
    </w:p>
    <w:p/>
    <w:p/>
    <w:p>
      <w:r>
        <w:rPr>
          <w:b/>
          <w:sz w:val="24"/>
        </w:rPr>
        <w:t>Betreff:</w:t>
      </w:r>
    </w:p>
    <w:p>
      <w:r>
        <w:rPr>
          <w:b w:val="0"/>
          <w:sz w:val="22"/>
        </w:rPr>
        <w:t>___________________________________________________________________</w:t>
      </w:r>
    </w:p>
    <w:p/>
    <w:p/>
    <w:p>
      <w:r>
        <w:rPr>
          <w:b/>
          <w:sz w:val="24"/>
        </w:rPr>
        <w:t>Sehr geehrte Damen und Herren,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</w:t>
      </w:r>
    </w:p>
    <w:p/>
    <w:p/>
    <w:p>
      <w:r>
        <w:rPr>
          <w:b/>
          <w:sz w:val="24"/>
        </w:rPr>
        <w:t>Information: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</w:t>
      </w:r>
    </w:p>
    <w:p/>
    <w:p/>
    <w:p>
      <w:r>
        <w:rPr>
          <w:b/>
          <w:sz w:val="24"/>
        </w:rPr>
        <w:t>Rechtliche Hinweise / Datenschutz: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</w:t>
      </w:r>
    </w:p>
    <w:p/>
    <w:p/>
    <w:p>
      <w:r>
        <w:rPr>
          <w:b w:val="0"/>
          <w:sz w:val="22"/>
        </w:rPr>
        <w:t>Für Rückfragen stehen wir Ihnen jederzeit gern zur Verfügung.</w:t>
      </w:r>
    </w:p>
    <w:p>
      <w:r>
        <w:rPr>
          <w:b w:val="0"/>
          <w:sz w:val="22"/>
        </w:rPr>
        <w:t>___________________________________________________________________</w:t>
      </w:r>
    </w:p>
    <w:p/>
    <w:p/>
    <w:p>
      <w:r>
        <w:rPr>
          <w:b w:val="0"/>
          <w:sz w:val="22"/>
        </w:rPr>
        <w:t>Ort: _______________________________________</w:t>
      </w:r>
    </w:p>
    <w:p>
      <w:r>
        <w:rPr>
          <w:b w:val="0"/>
          <w:sz w:val="22"/>
        </w:rPr>
        <w:t>Datum: 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https://arbeits-experte.com/informationsschreiben-an-mitarbeiter/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informationsschreiben-an-mitarbeiter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