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ANTRAG AUF VERLÄNGERUNG MEINES ARBEITSVERTRAGES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beantrage ich die Verlängerung meines bestehenden Arbeitsvertrages.</w:t>
      </w:r>
    </w:p>
    <w:p/>
    <w:p>
      <w:r>
        <w:rPr>
          <w:b/>
          <w:sz w:val="20"/>
        </w:rPr>
        <w:t>Persönliche Angaben:</w:t>
      </w:r>
    </w:p>
    <w:p>
      <w:r>
        <w:rPr>
          <w:b w:val="0"/>
          <w:sz w:val="20"/>
        </w:rPr>
        <w:t>Name: _____________________________________________________________</w:t>
      </w:r>
    </w:p>
    <w:p>
      <w:r>
        <w:rPr>
          <w:b w:val="0"/>
          <w:sz w:val="20"/>
        </w:rPr>
        <w:t>Vorname: __________________________________________________________</w:t>
      </w:r>
    </w:p>
    <w:p>
      <w:r>
        <w:rPr>
          <w:b w:val="0"/>
          <w:sz w:val="20"/>
        </w:rPr>
        <w:t>Geburtsdatum: _____________________________________________________</w:t>
      </w:r>
    </w:p>
    <w:p>
      <w:r>
        <w:rPr>
          <w:b w:val="0"/>
          <w:sz w:val="20"/>
        </w:rPr>
        <w:t>Anschrift: _________________________________________________________</w:t>
      </w:r>
    </w:p>
    <w:p/>
    <w:p>
      <w:r>
        <w:rPr>
          <w:b/>
          <w:sz w:val="20"/>
        </w:rPr>
        <w:t>Angaben zum Arbeitsverhältnis:</w:t>
      </w:r>
    </w:p>
    <w:p>
      <w:r>
        <w:rPr>
          <w:b w:val="0"/>
          <w:sz w:val="20"/>
        </w:rPr>
        <w:t>Derzeitiger Arbeitgeber: ____________________________________________</w:t>
      </w:r>
    </w:p>
    <w:p>
      <w:r>
        <w:rPr>
          <w:b w:val="0"/>
          <w:sz w:val="20"/>
        </w:rPr>
        <w:t>Position / Tätigkeit: ________________________________________________</w:t>
      </w:r>
    </w:p>
    <w:p>
      <w:r>
        <w:rPr>
          <w:b w:val="0"/>
          <w:sz w:val="20"/>
        </w:rPr>
        <w:t>Aktuelles Vertragsende: _____________________________________________</w:t>
      </w:r>
    </w:p>
    <w:p/>
    <w:p>
      <w:r>
        <w:rPr>
          <w:b/>
          <w:sz w:val="20"/>
        </w:rPr>
        <w:t>Begründung / Wunsch:</w:t>
      </w:r>
    </w:p>
    <w:p>
      <w:r>
        <w:rPr>
          <w:b w:val="0"/>
          <w:sz w:val="20"/>
        </w:rPr>
        <w:t>Ich möchte den Arbeitsvertrag über die bisherige Laufzeit hinaus verlängern, um weiterhin meine Aufgaben und Tätigkeiten in Ihrem Unternehmen ausüben zu können. Ich freue mich auf eine weiterhin erfolgreiche Zusammenarbeit.</w:t>
      </w:r>
    </w:p>
    <w:p/>
    <w:p>
      <w:r>
        <w:rPr>
          <w:b/>
          <w:sz w:val="20"/>
        </w:rPr>
        <w:t>Rechtliche Hinweise:</w:t>
      </w:r>
    </w:p>
    <w:p>
      <w:r>
        <w:rPr>
          <w:b w:val="0"/>
          <w:sz w:val="20"/>
        </w:rPr>
        <w:t>Mit dieser Erklärung beantrage ich verbindlich die Verlängerung meines Arbeitsvertrages. Ich bitte um schriftliche Bestätigung des Verlängerungszeitraums und der Vertragsbedingungen.</w:t>
      </w:r>
    </w:p>
    <w:p/>
    <w:p/>
    <w:p>
      <w:r>
        <w:rPr>
          <w:b w:val="0"/>
          <w:sz w:val="20"/>
        </w:rPr>
        <w:t>Ort: _______________________________________________________________</w:t>
      </w:r>
    </w:p>
    <w:p>
      <w:r>
        <w:rPr>
          <w:b w:val="0"/>
          <w:sz w:val="20"/>
        </w:rPr>
        <w:t>Datum: 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Arbeitnehmer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Arbeitgeber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https://arbeits-experte.com/ich-bitte-um-verlangerung-meines-arbeitsvertrages/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ich-bitte-um-verlangerung-meines-arbeitsvertrages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