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KÜNDIGUNG DES FREIWILLIGEN SOZIALEN JAHRES (FSJ)</w:t>
      </w:r>
    </w:p>
    <w:p/>
    <w:p/>
    <w:p>
      <w:r>
        <w:rPr>
          <w:b/>
          <w:sz w:val="22"/>
        </w:rPr>
        <w:t>Name und Anschrift des FSJlers: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Straße, Hausnummer</w:t>
      </w:r>
    </w:p>
    <w:p>
      <w:r>
        <w:rPr>
          <w:b w:val="0"/>
          <w:sz w:val="22"/>
        </w:rPr>
        <w:t>PLZ, Ort</w:t>
      </w:r>
    </w:p>
    <w:p/>
    <w:p>
      <w:r>
        <w:rPr>
          <w:b/>
          <w:sz w:val="22"/>
        </w:rPr>
        <w:t>Name und Anschrift der Einsatzstelle: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Straße, Hausnummer</w:t>
      </w:r>
    </w:p>
    <w:p>
      <w:r>
        <w:rPr>
          <w:b w:val="0"/>
          <w:sz w:val="22"/>
        </w:rPr>
        <w:t>PLZ, Ort</w:t>
      </w:r>
    </w:p>
    <w:p/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Kündigung des Freiwilligen Sozialen Jahres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kündige ich mein Freiwilliges Soziales Jahr bei Ihnen zum nächstmöglichen Zeitpunkt.</w:t>
      </w:r>
    </w:p>
    <w:p/>
    <w:p>
      <w:r>
        <w:rPr>
          <w:b w:val="0"/>
          <w:sz w:val="22"/>
        </w:rPr>
        <w:t>Grund für die Kündigung ist die Aufnahme einer Berufsausbildung.</w:t>
      </w:r>
    </w:p>
    <w:p/>
    <w:p>
      <w:r>
        <w:rPr>
          <w:b w:val="0"/>
          <w:sz w:val="22"/>
        </w:rPr>
        <w:t>Ich bitte Sie, mir den Erhalt dieser Kündigung sowie das Beendigungsdatum schriftlich zu bestätigen.</w:t>
      </w:r>
    </w:p>
    <w:p/>
    <w:p/>
    <w:p>
      <w:r>
        <w:rPr>
          <w:b w:val="0"/>
          <w:sz w:val="22"/>
        </w:rPr>
        <w:t>Für die bisherige Zusammenarbeit bedanke ich mich herzlich.</w:t>
      </w:r>
    </w:p>
    <w:p/>
    <w:p/>
    <w:p>
      <w:r>
        <w:rPr>
          <w:b/>
          <w:sz w:val="22"/>
        </w:rPr>
        <w:t>Ort:</w:t>
      </w:r>
    </w:p>
    <w:p>
      <w:r>
        <w:rPr>
          <w:b w:val="0"/>
          <w:sz w:val="22"/>
        </w:rPr>
      </w:r>
    </w:p>
    <w:p>
      <w:r>
        <w:rPr>
          <w:b/>
          <w:sz w:val="22"/>
        </w:rPr>
        <w:t>Datum:</w:t>
      </w:r>
    </w:p>
    <w:p>
      <w:r>
        <w:rPr>
          <w:b w:val="0"/>
          <w:sz w:val="22"/>
        </w:rPr>
      </w:r>
    </w:p>
    <w:p/>
    <w:p/>
    <w:p>
      <w:r>
        <w:rPr>
          <w:b/>
          <w:sz w:val="22"/>
        </w:rPr>
        <w:t>Unterschrift:</w:t>
      </w:r>
    </w:p>
    <w:p>
      <w:r>
        <w:rPr>
          <w:b w:val="0"/>
          <w:sz w:val="22"/>
        </w:rPr>
      </w:r>
    </w:p>
    <w:p/>
    <w:p/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FSJler (Kündigender)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Einsatzstelle (Bestätigung)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https://arbeits-experte.com/fsj-kundigen-wegen-ausbildung/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fsj-kundigen-wegen-ausbildung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