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 SCHLÜSSELÜBERGABE ARBEITGEBER</w:t>
      </w:r>
    </w:p>
    <w:p/>
    <w:p/>
    <w:p>
      <w:r>
        <w:rPr>
          <w:b/>
          <w:sz w:val="20"/>
        </w:rPr>
        <w:t>Hiermit bestätigt der Arbeitgeber die Übergabe der folgenden Schlüssel an den Arbeitnehmer:</w:t>
      </w:r>
    </w:p>
    <w:p/>
    <w:p>
      <w:r>
        <w:rPr>
          <w:b w:val="0"/>
          <w:sz w:val="20"/>
        </w:rPr>
        <w:t>Art des Schlüssels: _________________________________</w:t>
      </w:r>
    </w:p>
    <w:p>
      <w:r>
        <w:rPr>
          <w:b w:val="0"/>
          <w:sz w:val="20"/>
        </w:rPr>
        <w:t>Anzahl: _____________________________________________</w:t>
      </w:r>
    </w:p>
    <w:p/>
    <w:p>
      <w:r>
        <w:rPr>
          <w:b w:val="0"/>
          <w:sz w:val="20"/>
        </w:rPr>
        <w:t>Art des Schlüssels: _________________________________</w:t>
      </w:r>
    </w:p>
    <w:p>
      <w:r>
        <w:rPr>
          <w:b w:val="0"/>
          <w:sz w:val="20"/>
        </w:rPr>
        <w:t>Anzahl: _____________________________________________</w:t>
      </w:r>
    </w:p>
    <w:p/>
    <w:p>
      <w:r>
        <w:rPr>
          <w:b w:val="0"/>
          <w:sz w:val="20"/>
        </w:rPr>
        <w:t>Art des Schlüssels: _________________________________</w:t>
      </w:r>
    </w:p>
    <w:p>
      <w:r>
        <w:rPr>
          <w:b w:val="0"/>
          <w:sz w:val="20"/>
        </w:rPr>
        <w:t>Anzahl: _____________________________________________</w:t>
      </w:r>
    </w:p>
    <w:p/>
    <w:p/>
    <w:p>
      <w:r>
        <w:rPr>
          <w:b/>
          <w:sz w:val="20"/>
        </w:rPr>
        <w:t>Der Arbeitnehmer bestätigt mit seiner Unterschrift den Erhalt der genannten Schlüssel und verpflichtet sich, diese pfleglich zu behandeln, nicht an Dritte weiterzugeben und bei Beendigung des Arbeitsverhältnisses zurückzugeben.</w:t>
      </w:r>
    </w:p>
    <w:p/>
    <w:p/>
    <w:p>
      <w:r>
        <w:rPr>
          <w:b/>
          <w:sz w:val="20"/>
        </w:rPr>
        <w:t>Sollten Schlüssel verloren gehen oder beschädigt werden, informiert der Arbeitnehmer unverzüglich den Arbeitgeber und haftet gegebenenfalls für daraus entstehende Kosten.</w:t>
      </w:r>
    </w:p>
    <w:p/>
    <w:p/>
    <w:p>
      <w:r>
        <w:rPr>
          <w:b w:val="0"/>
          <w:sz w:val="20"/>
        </w:rPr>
        <w:t>Ort: ___________________________________________    Datum: 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https://arbeits-experte.com/formloses-schreiben-schlusselubergabe-arbeitgeber/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formloses-schreiben-schlusselubergabe-arbeitgeber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