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FORMLOSER ANTRAG AUF DIENSTZEITVERLÄNGERUNG</w:t>
      </w:r>
    </w:p>
    <w:p/>
    <w:p/>
    <w:p>
      <w:r>
        <w:rPr>
          <w:b/>
          <w:sz w:val="20"/>
        </w:rPr>
        <w:t>An die zuständige Dienststelle</w:t>
      </w:r>
    </w:p>
    <w:p>
      <w:r>
        <w:rPr>
          <w:b w:val="0"/>
          <w:sz w:val="20"/>
        </w:rPr>
        <w:t>_______________________________________________</w:t>
      </w:r>
    </w:p>
    <w:p>
      <w:r>
        <w:rPr>
          <w:b w:val="0"/>
          <w:sz w:val="20"/>
        </w:rPr>
        <w:t>_______________________________________________</w:t>
      </w:r>
    </w:p>
    <w:p/>
    <w:p/>
    <w:p>
      <w:r>
        <w:rPr>
          <w:b/>
          <w:sz w:val="20"/>
        </w:rPr>
        <w:t>Betreff:</w:t>
      </w:r>
    </w:p>
    <w:p>
      <w:r>
        <w:rPr>
          <w:b w:val="0"/>
          <w:sz w:val="20"/>
        </w:rPr>
        <w:t>Antrag auf Verlängerung der Dienstzeit</w:t>
      </w:r>
    </w:p>
    <w:p/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beantrage ich die Verlängerung meiner Dienstzeit gemäß den einschlägigen Vorschriften für den Zeitraum von ______________________ bis ______________________.</w:t>
      </w:r>
    </w:p>
    <w:p/>
    <w:p>
      <w:r>
        <w:rPr>
          <w:b w:val="0"/>
          <w:sz w:val="20"/>
        </w:rPr>
        <w:t>Mein vollständiger Name: ___________________________________________</w:t>
      </w:r>
    </w:p>
    <w:p>
      <w:r>
        <w:rPr>
          <w:b w:val="0"/>
          <w:sz w:val="20"/>
        </w:rPr>
        <w:t>Geburtsdatum: ___________________________________________</w:t>
      </w:r>
    </w:p>
    <w:p>
      <w:r>
        <w:rPr>
          <w:b w:val="0"/>
          <w:sz w:val="20"/>
        </w:rPr>
        <w:t>Dienstgrad / Laufbahn: ___________________________________________</w:t>
      </w:r>
    </w:p>
    <w:p>
      <w:r>
        <w:rPr>
          <w:b w:val="0"/>
          <w:sz w:val="20"/>
        </w:rPr>
        <w:t>Dienstnummer: ___________________________________________</w:t>
      </w:r>
    </w:p>
    <w:p>
      <w:r>
        <w:rPr>
          <w:b w:val="0"/>
          <w:sz w:val="20"/>
        </w:rPr>
        <w:t>Derzeitige Dienststelle: ___________________________________________</w:t>
      </w:r>
    </w:p>
    <w:p/>
    <w:p>
      <w:r>
        <w:rPr>
          <w:b w:val="0"/>
          <w:sz w:val="20"/>
        </w:rPr>
        <w:t>Begründung der Verlängerung: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/>
    <w:p>
      <w:r>
        <w:rPr>
          <w:b w:val="0"/>
          <w:sz w:val="20"/>
        </w:rPr>
        <w:t>Ich versichere, dass ich die Verlängerung der Dienstzeit freiwillig und ohne Zwang beantrage.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Ort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</w:t>
            </w:r>
          </w:p>
        </w:tc>
      </w:tr>
    </w:tbl>
    <w:p/>
    <w:p/>
    <w:p>
      <w:r>
        <w:rPr>
          <w:b w:val="0"/>
          <w:sz w:val="20"/>
        </w:rPr>
        <w:t>Datum: 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https://arbeits-experte.com/formloser-antrag-dienstzeitverlangerung/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https://arbeits-experte.com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arbeits-experte.com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rbeits-experte.com/formloser-antrag-dienstzeitverlangerung/" TargetMode="External"/><Relationship Id="rId10" Type="http://schemas.openxmlformats.org/officeDocument/2006/relationships/hyperlink" Target="https://arbeits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