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Formloser Antrag auf Teilrente</w:t>
      </w:r>
    </w:p>
    <w:p/>
    <w:p/>
    <w:p>
      <w:r>
        <w:rPr>
          <w:b/>
          <w:sz w:val="22"/>
        </w:rPr>
        <w:t>An die zuständige Rentenversicherung</w:t>
      </w:r>
    </w:p>
    <w:p>
      <w:r>
        <w:rPr>
          <w:b w:val="0"/>
          <w:sz w:val="22"/>
        </w:rPr>
        <w:t>_____________________________________________</w:t>
      </w:r>
    </w:p>
    <w:p>
      <w:r>
        <w:rPr>
          <w:b w:val="0"/>
          <w:sz w:val="22"/>
        </w:rPr>
        <w:t>Straße und Hausnummer</w:t>
      </w:r>
    </w:p>
    <w:p>
      <w:r>
        <w:rPr>
          <w:b w:val="0"/>
          <w:sz w:val="22"/>
        </w:rPr>
        <w:t>PLZ und Ort</w:t>
      </w:r>
    </w:p>
    <w:p/>
    <w:p/>
    <w:p>
      <w:r>
        <w:rPr>
          <w:b/>
          <w:sz w:val="22"/>
        </w:rPr>
        <w:t>Name des Antragstellers:</w:t>
      </w:r>
    </w:p>
    <w:p>
      <w:r>
        <w:rPr>
          <w:b w:val="0"/>
          <w:sz w:val="22"/>
        </w:rPr>
        <w:t>_____________________________________________________________</w:t>
      </w:r>
    </w:p>
    <w:p>
      <w:r>
        <w:rPr>
          <w:b w:val="0"/>
          <w:sz w:val="22"/>
        </w:rPr>
        <w:t>Geburtsdatum:</w:t>
      </w:r>
    </w:p>
    <w:p>
      <w:r>
        <w:rPr>
          <w:b w:val="0"/>
          <w:sz w:val="22"/>
        </w:rPr>
        <w:t>_____________________________________________________________</w:t>
      </w:r>
    </w:p>
    <w:p>
      <w:r>
        <w:rPr>
          <w:b w:val="0"/>
          <w:sz w:val="22"/>
        </w:rPr>
        <w:t>Versicherungsnummer:</w:t>
      </w:r>
    </w:p>
    <w:p>
      <w:r>
        <w:rPr>
          <w:b w:val="0"/>
          <w:sz w:val="22"/>
        </w:rPr>
        <w:t>_____________________________________________________________</w:t>
      </w:r>
    </w:p>
    <w:p>
      <w:r>
        <w:rPr>
          <w:b w:val="0"/>
          <w:sz w:val="22"/>
        </w:rPr>
        <w:t>Anschrift:</w:t>
      </w:r>
    </w:p>
    <w:p>
      <w:r>
        <w:rPr>
          <w:b w:val="0"/>
          <w:sz w:val="22"/>
        </w:rPr>
        <w:t>_____________________________________________________________</w:t>
      </w:r>
    </w:p>
    <w:p>
      <w:r>
        <w:rPr>
          <w:b w:val="0"/>
          <w:sz w:val="22"/>
        </w:rPr>
        <w:t>_____________________________________________________________</w:t>
      </w:r>
    </w:p>
    <w:p/>
    <w:p/>
    <w:p>
      <w:r>
        <w:rPr>
          <w:b/>
          <w:sz w:val="22"/>
        </w:rPr>
        <w:t>Betreff:</w:t>
      </w:r>
    </w:p>
    <w:p>
      <w:r>
        <w:rPr>
          <w:b w:val="0"/>
          <w:sz w:val="22"/>
        </w:rPr>
        <w:t>Formloser Antrag auf Gewährung einer Teilrente gemäß § 236 SGB VI</w:t>
      </w:r>
    </w:p>
    <w:p/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beantrage ich die Gewährung einer Teilrente. Ich erfülle die gesetzlichen Voraussetzungen und bitte um Prüfung meines Antrags.</w:t>
      </w:r>
    </w:p>
    <w:p/>
    <w:p/>
    <w:p>
      <w:r>
        <w:rPr>
          <w:b w:val="0"/>
          <w:sz w:val="22"/>
        </w:rPr>
        <w:t>Bitte berücksichtigen Sie meine persönlichen und versicherungsrechtlichen Daten bei der Bearbeitung.</w:t>
      </w:r>
    </w:p>
    <w:p/>
    <w:p/>
    <w:p>
      <w:r>
        <w:rPr>
          <w:b w:val="0"/>
          <w:sz w:val="22"/>
        </w:rPr>
        <w:t>Mit freundlichen Grüßen,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Ort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https://arbeits-experte.com/formloser-antrag-auf-teilrente/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https://arbeits-experte.com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arbeits-experte.com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rbeits-experte.com/formloser-antrag-auf-teilrente/" TargetMode="External"/><Relationship Id="rId10" Type="http://schemas.openxmlformats.org/officeDocument/2006/relationships/hyperlink" Target="https://arbeits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