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Pensionierung</w:t>
      </w:r>
    </w:p>
    <w:p/>
    <w:p/>
    <w:p>
      <w:r>
        <w:rPr>
          <w:b/>
          <w:sz w:val="22"/>
        </w:rPr>
        <w:t>Name des Antragstellers: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An:</w:t>
      </w:r>
    </w:p>
    <w:p>
      <w:r>
        <w:rPr>
          <w:b w:val="0"/>
          <w:sz w:val="22"/>
        </w:rPr>
        <w:t>_____________________________</w:t>
      </w:r>
    </w:p>
    <w:p>
      <w:r>
        <w:rPr>
          <w:b w:val="0"/>
          <w:sz w:val="22"/>
        </w:rPr>
        <w:t>Personalabteilung / Rentenstelle / zuständige Stelle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Pensionierung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Gewährung meiner Pension. Ich bitte um Prüfung und zeitnahe Bearbeitung meines Antrags. Alle erforderlichen Unterlagen habe ich beigefügt bzw. werden separat eingereicht.</w:t>
      </w:r>
    </w:p>
    <w:p/>
    <w:p>
      <w:r>
        <w:rPr>
          <w:b w:val="0"/>
          <w:sz w:val="22"/>
        </w:rPr>
        <w:t>Bitte bestätigen Sie mir den Eingang dieses Antrags schriftlich.</w:t>
      </w:r>
    </w:p>
    <w:p/>
    <w:p/>
    <w:p>
      <w:r>
        <w:rPr>
          <w:b w:val="0"/>
          <w:sz w:val="22"/>
        </w:rPr>
        <w:t>Ort: ____________________________________</w:t>
      </w:r>
    </w:p>
    <w:p>
      <w:r>
        <w:rPr>
          <w:b w:val="0"/>
          <w:sz w:val="22"/>
        </w:rPr>
        <w:t>Datum: __________________________________</w:t>
      </w:r>
    </w:p>
    <w:p/>
    <w:p/>
    <w:p>
      <w:r>
        <w:rPr>
          <w:b/>
          <w:sz w:val="22"/>
        </w:rPr>
        <w:t>Unterschrift:</w:t>
      </w:r>
    </w:p>
    <w:p>
      <w:r>
        <w:rPr>
          <w:b w:val="0"/>
          <w:sz w:val="22"/>
        </w:rPr>
        <w:t>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/ Ansprechpartner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Telefonnummer / E-Mail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https://arbeits-experte.com/formloser-antrag-auf-pensionierung/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auf-pensionier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