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FORMLOSER ANTRAG AUF ARBEITSPLATZBRILLE</w:t>
      </w:r>
    </w:p>
    <w:p/>
    <w:p/>
    <w:p>
      <w:r>
        <w:rPr>
          <w:b w:val="0"/>
          <w:sz w:val="22"/>
        </w:rPr>
        <w:t>An die Personalabteilung</w:t>
      </w:r>
    </w:p>
    <w:p>
      <w:r>
        <w:rPr>
          <w:b w:val="0"/>
          <w:sz w:val="22"/>
        </w:rPr>
        <w:t>Firma: __________________________________________________________</w:t>
      </w:r>
    </w:p>
    <w:p/>
    <w:p>
      <w:r>
        <w:rPr>
          <w:b w:val="0"/>
          <w:sz w:val="22"/>
        </w:rPr>
        <w:t>Hiermit beantrage ich die Übernahme der Kosten für eine Arbeitsplatzbrille gemäß § 3 der Arbeitsstättenverordnung (ArbStättV) und den Vorgaben des Arbeitsschutzgesetzes.</w:t>
      </w:r>
    </w:p>
    <w:p/>
    <w:p/>
    <w:p>
      <w:r>
        <w:rPr>
          <w:b/>
          <w:sz w:val="22"/>
        </w:rPr>
        <w:t>Persönliche Angaben:</w:t>
      </w:r>
    </w:p>
    <w:p>
      <w:r>
        <w:rPr>
          <w:b w:val="0"/>
          <w:sz w:val="22"/>
        </w:rPr>
        <w:t>Name: ____________________________________________________________</w:t>
      </w:r>
    </w:p>
    <w:p>
      <w:r>
        <w:rPr>
          <w:b w:val="0"/>
          <w:sz w:val="22"/>
        </w:rPr>
        <w:t>Vorname: _________________________________________________________</w:t>
      </w:r>
    </w:p>
    <w:p>
      <w:r>
        <w:rPr>
          <w:b w:val="0"/>
          <w:sz w:val="22"/>
        </w:rPr>
        <w:t>Abteilung: ________________________________________________________</w:t>
      </w:r>
    </w:p>
    <w:p>
      <w:r>
        <w:rPr>
          <w:b w:val="0"/>
          <w:sz w:val="22"/>
        </w:rPr>
        <w:t>Telefonnummer: ____________________________________________________</w:t>
      </w:r>
    </w:p>
    <w:p>
      <w:r>
        <w:rPr>
          <w:b w:val="0"/>
          <w:sz w:val="22"/>
        </w:rPr>
        <w:t>E-Mail-Adresse: ___________________________________________________</w:t>
      </w:r>
    </w:p>
    <w:p/>
    <w:p>
      <w:r>
        <w:rPr>
          <w:b/>
          <w:sz w:val="22"/>
        </w:rPr>
        <w:t>Begründung für den Antrag:</w:t>
      </w:r>
    </w:p>
    <w:p>
      <w:r>
        <w:rPr>
          <w:b w:val="0"/>
          <w:sz w:val="22"/>
        </w:rPr>
        <w:t>Da ich am Bildschirmarbeitsplatz tätig bin, benötige ich eine spezielle Sehhilfe (Arbeitsplatzbrille), um den Anforderungen des Arbeitsschutzes gerecht zu werden und gesundheitlichen Beschwerden vorzubeugen.</w:t>
      </w:r>
    </w:p>
    <w:p>
      <w:r>
        <w:rPr>
          <w:b w:val="0"/>
          <w:sz w:val="22"/>
        </w:rPr>
        <w:t>Die Brille wird ausschließlich für die Bildschirmarbeit verwendet und entspricht den Vorgaben zur Vermeidung von Sehproblemen und Ermüdungserscheinungen.</w:t>
      </w:r>
    </w:p>
    <w:p/>
    <w:p>
      <w:r>
        <w:rPr>
          <w:b w:val="0"/>
          <w:sz w:val="22"/>
        </w:rPr>
        <w:t>Ein ärztliches Attest bzw. eine augenärztliche Bescheinigung liegt bei / wird nachgereicht.</w:t>
      </w:r>
    </w:p>
    <w:p/>
    <w:p>
      <w:r>
        <w:rPr>
          <w:b w:val="0"/>
          <w:sz w:val="22"/>
        </w:rPr>
        <w:t>Ich bitte um Prüfung und Übernahme der Kosten für die Arbeitsplatzbrille gemäß den geltenden betrieblichen Regelungen und gesetzlichen Bestimmungen.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Ort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Datum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Unterschrift 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Unterschrift Vorgesetzter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https://arbeits-experte.com/formloser-antrag-arbeitsplatzbrille/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formloser-antrag-arbeitsplatzbrille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