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FACHBAULEITERERKLÄRUNG ELEKTRO</w:t>
      </w:r>
    </w:p>
    <w:p/>
    <w:p/>
    <w:p>
      <w:r>
        <w:rPr>
          <w:b/>
          <w:sz w:val="22"/>
        </w:rPr>
        <w:t>Auftraggeber / Bauherr:</w:t>
      </w:r>
    </w:p>
    <w:p>
      <w:r>
        <w:rPr>
          <w:b w:val="0"/>
          <w:sz w:val="20"/>
        </w:rPr>
        <w:t>Name: ______________________________________________________________</w:t>
      </w:r>
    </w:p>
    <w:p>
      <w:r>
        <w:rPr>
          <w:b w:val="0"/>
          <w:sz w:val="20"/>
        </w:rPr>
        <w:t>Adresse: ____________________________________________________________</w:t>
      </w:r>
    </w:p>
    <w:p/>
    <w:p>
      <w:r>
        <w:rPr>
          <w:b/>
          <w:sz w:val="22"/>
        </w:rPr>
        <w:t>Fachbauleiter Elektro:</w:t>
      </w:r>
    </w:p>
    <w:p>
      <w:r>
        <w:rPr>
          <w:b w:val="0"/>
          <w:sz w:val="20"/>
        </w:rPr>
        <w:t>Name: ______________________________________________________________</w:t>
      </w:r>
    </w:p>
    <w:p>
      <w:r>
        <w:rPr>
          <w:b w:val="0"/>
          <w:sz w:val="20"/>
        </w:rPr>
        <w:t>Adresse: ____________________________________________________________</w:t>
      </w:r>
    </w:p>
    <w:p>
      <w:r>
        <w:rPr>
          <w:b w:val="0"/>
          <w:sz w:val="20"/>
        </w:rPr>
        <w:t>Telefon: 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</w:t>
      </w:r>
    </w:p>
    <w:p/>
    <w:p>
      <w:r>
        <w:rPr>
          <w:b/>
          <w:sz w:val="22"/>
        </w:rPr>
        <w:t>Bauvorhaben:</w:t>
      </w:r>
    </w:p>
    <w:p>
      <w:r>
        <w:rPr>
          <w:b w:val="0"/>
          <w:sz w:val="20"/>
        </w:rPr>
        <w:t>Objektbezeichnung / Adresse: _________________________________________</w:t>
      </w:r>
    </w:p>
    <w:p>
      <w:r>
        <w:rPr>
          <w:b w:val="0"/>
          <w:sz w:val="20"/>
        </w:rPr>
        <w:t>Leistungsumfang (kurze Beschreibung): _________________________________</w:t>
      </w:r>
    </w:p>
    <w:p/>
    <w:p>
      <w:r>
        <w:rPr>
          <w:b/>
          <w:sz w:val="22"/>
        </w:rPr>
        <w:t>Erklärung des Fachbauleiters Elektro</w:t>
      </w:r>
    </w:p>
    <w:p>
      <w:r>
        <w:rPr>
          <w:b w:val="0"/>
          <w:sz w:val="20"/>
        </w:rPr>
        <w:t>Ich erkläre hiermit, dass ich die elektrotechnischen Arbeiten auf der Baustelle nach den anerkannten Regeln der Technik, den einschlägigen DIN-Normen, der VDE-Vorschriften sowie den geltenden deutschen Gesetzen fachgerecht überwache und leite.</w:t>
      </w:r>
    </w:p>
    <w:p>
      <w:r>
        <w:rPr>
          <w:b w:val="0"/>
          <w:sz w:val="20"/>
        </w:rPr>
        <w:t>Ich bestätige, dass die verwendeten Materialien und Komponenten den gültigen Normen entsprechen und die Montage den technischen Vorgaben und Sicherheitsanforderungen entspricht.</w:t>
      </w:r>
    </w:p>
    <w:p>
      <w:r>
        <w:rPr>
          <w:b w:val="0"/>
          <w:sz w:val="20"/>
        </w:rPr>
        <w:t>Die Einhaltung der Unfallverhütungsvorschriften (UVV) sowie der Arbeitsschutzbestimmungen wird von mir sichergestellt.</w:t>
      </w:r>
    </w:p>
    <w:p>
      <w:r>
        <w:rPr>
          <w:b w:val="0"/>
          <w:sz w:val="20"/>
        </w:rPr>
        <w:t>Im Rahmen meiner Tätigkeit dokumentiere ich die Bauausführung, führe Kontrollen durch und sorge für die fachgerechte Abnahme der elektrotechnischen Anlagen.</w:t>
      </w:r>
    </w:p>
    <w:p>
      <w:r>
        <w:rPr>
          <w:b w:val="0"/>
          <w:sz w:val="20"/>
        </w:rPr>
        <w:t>Ich verpflichte mich, auftretende Mängel unverzüglich dem Auftraggeber und den verantwortlichen Beteiligten mitzuteilen und für deren Beseitigung Sorge zu tragen.</w:t>
      </w:r>
    </w:p>
    <w:p/>
    <w:p>
      <w:r>
        <w:rPr>
          <w:b/>
          <w:sz w:val="22"/>
        </w:rPr>
        <w:t>Haftungsausschluss</w:t>
      </w:r>
    </w:p>
    <w:p>
      <w:r>
        <w:rPr>
          <w:b w:val="0"/>
          <w:sz w:val="20"/>
        </w:rPr>
        <w:t>Diese Erklärung bezieht sich ausschließlich auf die elektrotechnischen Leistungen im Rahmen des genannten Bauvorhabens und ersetzt nicht die Prüfungen und Abnahmen durch Behörden oder unabhängige Sachverständige.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Fachbauleiter Elektro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 / Bauherr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(Druckschrift):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(Druckschrift):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https://arbeits-experte.com/fachbauleitererklarung-elektro/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fachbauleitererklarung-elektro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