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ERKLÄRUNG ALS VORLÄUFIGER ERSATZ EINER ARBEITSBESCHEINIGUNG</w:t>
      </w:r>
    </w:p>
    <w:p/>
    <w:p/>
    <w:p>
      <w:r>
        <w:rPr>
          <w:b/>
          <w:sz w:val="22"/>
        </w:rPr>
        <w:t>Name des Arbeitnehmers: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/>
          <w:sz w:val="22"/>
        </w:rPr>
        <w:t>Geburtsdatum: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/>
          <w:sz w:val="22"/>
        </w:rPr>
        <w:t>Anschrift des Arbeitnehmers: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/>
          <w:sz w:val="22"/>
        </w:rPr>
        <w:t>Name und Anschrift des Arbeitgebers: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/>
          <w:sz w:val="22"/>
        </w:rPr>
        <w:t>Beschäftigungszeitraum:</w:t>
      </w:r>
    </w:p>
    <w:p>
      <w:r>
        <w:rPr>
          <w:b w:val="0"/>
          <w:sz w:val="22"/>
        </w:rPr>
        <w:t>Von: ______________________________ Bis: ______________________________</w:t>
      </w:r>
    </w:p>
    <w:p/>
    <w:p>
      <w:r>
        <w:rPr>
          <w:b/>
          <w:sz w:val="22"/>
        </w:rPr>
        <w:t>Art der Beschäftigung / Tätigkeit: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/>
          <w:sz w:val="22"/>
        </w:rPr>
        <w:t>Arbeitszeit (Stunden pro Woche):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/>
          <w:sz w:val="22"/>
        </w:rPr>
        <w:t>Entgelt (Brutto):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 w:val="0"/>
          <w:sz w:val="22"/>
        </w:rPr>
        <w:t>Diese Erklärung dient als vorläufiger Ersatz für die Arbeitsbescheinigung nach § 312 SGB III. Der Arbeitgeber bestätigt hiermit, dass die oben genannten Angaben den tatsächlichen Verhältnissen entsprechen und verpflichtet sich, die reguläre Arbeitsbescheinigung unverzüglich nachzureichen.</w:t>
      </w:r>
    </w:p>
    <w:p/>
    <w:p/>
    <w:p>
      <w:r>
        <w:rPr>
          <w:b/>
          <w:sz w:val="22"/>
        </w:rPr>
        <w:t>Ort: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/>
          <w:sz w:val="22"/>
        </w:rPr>
        <w:t>Datum:</w:t>
      </w:r>
    </w:p>
    <w:p>
      <w:r>
        <w:rPr>
          <w:b w:val="0"/>
          <w:sz w:val="22"/>
        </w:rPr>
        <w:t>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https://arbeits-experte.com/erklarung-als-vorlaufiger-ersatz-einer-arbeitsbescheinigung/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erklarung-als-vorlaufiger-ersatz-einer-arbeitsbescheinigung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