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EINSTELLUNGSVEREINBARUNG</w:t>
      </w:r>
    </w:p>
    <w:p/>
    <w:p>
      <w:r>
        <w:rPr>
          <w:b/>
          <w:sz w:val="24"/>
        </w:rPr>
        <w:t>Zwischen</w:t>
      </w:r>
    </w:p>
    <w:p>
      <w:r>
        <w:rPr>
          <w:b w:val="0"/>
          <w:sz w:val="20"/>
        </w:rPr>
        <w:t>Arbeitgeber:</w:t>
      </w:r>
    </w:p>
    <w:p>
      <w:r>
        <w:rPr>
          <w:b w:val="0"/>
          <w:sz w:val="20"/>
        </w:rPr>
        <w:t>Firma: ________________________________________________</w:t>
      </w:r>
    </w:p>
    <w:p>
      <w:r>
        <w:rPr>
          <w:b w:val="0"/>
          <w:sz w:val="20"/>
        </w:rPr>
        <w:t>Adresse: ______________________________________________</w:t>
      </w:r>
    </w:p>
    <w:p>
      <w:r>
        <w:rPr>
          <w:b w:val="0"/>
          <w:sz w:val="20"/>
        </w:rPr>
        <w:t>Vertreter: ____________________________________________</w:t>
      </w:r>
    </w:p>
    <w:p>
      <w:r>
        <w:rPr>
          <w:b w:val="0"/>
          <w:sz w:val="20"/>
        </w:rPr>
        <w:t>Telefon: ______________________________________________</w:t>
      </w:r>
    </w:p>
    <w:p>
      <w:r>
        <w:rPr>
          <w:b w:val="0"/>
          <w:sz w:val="20"/>
        </w:rPr>
        <w:t>E-Mail: ________________________________________________</w:t>
      </w:r>
    </w:p>
    <w:p/>
    <w:p>
      <w:pPr>
        <w:jc w:val="center"/>
      </w:pPr>
      <w:r>
        <w:rPr>
          <w:b/>
          <w:sz w:val="24"/>
        </w:rPr>
        <w:t>und</w:t>
      </w:r>
    </w:p>
    <w:p/>
    <w:p>
      <w:r>
        <w:rPr>
          <w:b w:val="0"/>
          <w:sz w:val="20"/>
        </w:rPr>
        <w:t>Arbeitnehmer:</w:t>
      </w:r>
    </w:p>
    <w:p>
      <w:r>
        <w:rPr>
          <w:b w:val="0"/>
          <w:sz w:val="20"/>
        </w:rPr>
        <w:t>Name, Vorname: _________________________________________</w:t>
      </w:r>
    </w:p>
    <w:p>
      <w:r>
        <w:rPr>
          <w:b w:val="0"/>
          <w:sz w:val="20"/>
        </w:rPr>
        <w:t>Adresse: ______________________________________________</w:t>
      </w:r>
    </w:p>
    <w:p>
      <w:r>
        <w:rPr>
          <w:b w:val="0"/>
          <w:sz w:val="20"/>
        </w:rPr>
        <w:t>Geburtsdatum: _________________________________________</w:t>
      </w:r>
    </w:p>
    <w:p>
      <w:r>
        <w:rPr>
          <w:b w:val="0"/>
          <w:sz w:val="20"/>
        </w:rPr>
        <w:t>Telefon: ______________________________________________</w:t>
      </w:r>
    </w:p>
    <w:p>
      <w:r>
        <w:rPr>
          <w:b w:val="0"/>
          <w:sz w:val="20"/>
        </w:rPr>
        <w:t>E-Mail: ________________________________________________</w:t>
      </w:r>
    </w:p>
    <w:p/>
    <w:p>
      <w:r>
        <w:rPr>
          <w:b/>
          <w:sz w:val="20"/>
        </w:rPr>
        <w:t>§1 – Beginn und Dauer des Arbeitsverhältnisses</w:t>
      </w:r>
    </w:p>
    <w:p>
      <w:r>
        <w:rPr>
          <w:b w:val="0"/>
          <w:sz w:val="20"/>
        </w:rPr>
        <w:t>Das Arbeitsverhältnis beginnt am _______________________. Es wird auf unbestimmte Zeit abgeschlossen / befristet bis _______________________.</w:t>
      </w:r>
    </w:p>
    <w:p/>
    <w:p>
      <w:r>
        <w:rPr>
          <w:b/>
          <w:sz w:val="20"/>
        </w:rPr>
        <w:t>§2 – Tätigkeit</w:t>
      </w:r>
    </w:p>
    <w:p>
      <w:r>
        <w:rPr>
          <w:b w:val="0"/>
          <w:sz w:val="20"/>
        </w:rPr>
        <w:t>Der Arbeitnehmer wird als ____________________________ eingestellt. Er verpflichtet sich, die ihm übertragenen Aufgaben sorgfältig und gewissenhaft auszuführen.</w:t>
      </w:r>
    </w:p>
    <w:p/>
    <w:p>
      <w:r>
        <w:rPr>
          <w:b/>
          <w:sz w:val="20"/>
        </w:rPr>
        <w:t>§3 – Arbeitsort</w:t>
      </w:r>
    </w:p>
    <w:p>
      <w:r>
        <w:rPr>
          <w:b w:val="0"/>
          <w:sz w:val="20"/>
        </w:rPr>
        <w:t>Der Arbeitsort ist ________________________________.</w:t>
      </w:r>
    </w:p>
    <w:p/>
    <w:p>
      <w:r>
        <w:rPr>
          <w:b/>
          <w:sz w:val="20"/>
        </w:rPr>
        <w:t>§4 – Arbeitszeit</w:t>
      </w:r>
    </w:p>
    <w:p>
      <w:r>
        <w:rPr>
          <w:b w:val="0"/>
          <w:sz w:val="20"/>
        </w:rPr>
        <w:t>Die regelmäßige Arbeitszeit beträgt ______________ Stunden pro Woche. Die Verteilung der Arbeitszeit erfolgt nach Absprache.</w:t>
      </w:r>
    </w:p>
    <w:p/>
    <w:p>
      <w:r>
        <w:rPr>
          <w:b/>
          <w:sz w:val="20"/>
        </w:rPr>
        <w:t>§5 – Vergütung</w:t>
      </w:r>
    </w:p>
    <w:p>
      <w:r>
        <w:rPr>
          <w:b w:val="0"/>
          <w:sz w:val="20"/>
        </w:rPr>
        <w:t>Der Arbeitnehmer erhält ein Bruttogehalt in Höhe von __________________ Euro monatlich / jährlich, zahlbar zum __________________. Zusätzlich können folgende Zulagen, Prämien oder sonstige Leistungen vereinbart werden:</w:t>
      </w:r>
    </w:p>
    <w:p>
      <w:r>
        <w:rPr>
          <w:b w:val="0"/>
          <w:sz w:val="20"/>
        </w:rPr>
        <w:t>____________________________________________________________________________________</w:t>
      </w:r>
    </w:p>
    <w:p/>
    <w:p>
      <w:r>
        <w:rPr>
          <w:b/>
          <w:sz w:val="20"/>
        </w:rPr>
        <w:t>§6 – Urlaub</w:t>
      </w:r>
    </w:p>
    <w:p>
      <w:r>
        <w:rPr>
          <w:b w:val="0"/>
          <w:sz w:val="20"/>
        </w:rPr>
        <w:t>Dem Arbeitnehmer stehen jährlich _______________ Arbeitstage Urlaub zu, die im Einklang mit den gesetzlichen Bestimmungen und betrieblichen Regelungen zu nehmen sind.</w:t>
      </w:r>
    </w:p>
    <w:p/>
    <w:p>
      <w:r>
        <w:rPr>
          <w:b/>
          <w:sz w:val="20"/>
        </w:rPr>
        <w:t>§7 – Krankheit und Arbeitsunfähigkeit</w:t>
      </w:r>
    </w:p>
    <w:p>
      <w:r>
        <w:rPr>
          <w:b w:val="0"/>
          <w:sz w:val="20"/>
        </w:rPr>
        <w:t>Der Arbeitnehmer hat im Krankheitsfall den Arbeitgeber unverzüglich zu informieren und eine Arbeitsunfähigkeitsbescheinigung spätestens am dritten Kalendertag vorzulegen.</w:t>
      </w:r>
    </w:p>
    <w:p/>
    <w:p>
      <w:r>
        <w:rPr>
          <w:b/>
          <w:sz w:val="20"/>
        </w:rPr>
        <w:t>§8 – Pflichten des Arbeitnehmers</w:t>
      </w:r>
    </w:p>
    <w:p>
      <w:r>
        <w:rPr>
          <w:b w:val="0"/>
          <w:sz w:val="20"/>
        </w:rPr>
        <w:t>Der Arbeitnehmer verpflichtet sich insbesondere zur Einhaltung der Betriebsordnung, Verschwiegenheit über Geschäftsgeheimnisse und zur sorgfältigen Ausführung seiner Tätigkeiten.</w:t>
      </w:r>
    </w:p>
    <w:p/>
    <w:p>
      <w:r>
        <w:rPr>
          <w:b/>
          <w:sz w:val="20"/>
        </w:rPr>
        <w:t>§9 – Beendigung des Arbeitsverhältnisses</w:t>
      </w:r>
    </w:p>
    <w:p>
      <w:r>
        <w:rPr>
          <w:b w:val="0"/>
          <w:sz w:val="20"/>
        </w:rPr>
        <w:t>Die Kündigung des Arbeitsverhältnisses richtet sich nach den gesetzlichen Vorschriften. Die Kündigungsfrist beträgt mindestens _______________.</w:t>
      </w:r>
    </w:p>
    <w:p/>
    <w:p>
      <w:r>
        <w:rPr>
          <w:b/>
          <w:sz w:val="20"/>
        </w:rPr>
        <w:t>§10 – Sonstige Vereinbarungen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/>
    <w:p>
      <w:r>
        <w:rPr>
          <w:b/>
          <w:sz w:val="20"/>
        </w:rPr>
        <w:t>§11 – Schlussbestimmungen</w:t>
      </w:r>
    </w:p>
    <w:p>
      <w:r>
        <w:rPr>
          <w:b w:val="0"/>
          <w:sz w:val="20"/>
        </w:rPr>
        <w:t>Änderungen und Ergänzungen dieses Vertrages bedürfen der Schriftform. Sollten einzelne Bestimmungen dieses Vertrages unwirksam sein oder werden, bleibt die Wirksamkeit der übrigen Bestimmungen unberührt.</w:t>
      </w:r>
    </w:p>
    <w:p/>
    <w:p/>
    <w:p>
      <w:r>
        <w:rPr>
          <w:b w:val="0"/>
          <w:sz w:val="20"/>
        </w:rPr>
        <w:t>Ort, Datum: _________________________________________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Arbeitgeber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Arbeitnehmer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https://arbeits-experte.com/einstellungsvereinbarung/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einstellungsvereinbarun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