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8"/>
        </w:rPr>
        <w:t>EHRENAMTSVERTRAG</w:t>
      </w:r>
    </w:p>
    <w:p/>
    <w:p>
      <w:r>
        <w:rPr>
          <w:b/>
          <w:sz w:val="24"/>
        </w:rPr>
        <w:t>Zwischen</w:t>
      </w:r>
    </w:p>
    <w:p>
      <w:r>
        <w:rPr>
          <w:b/>
          <w:sz w:val="20"/>
        </w:rPr>
        <w:t>Organisation / Verein:</w:t>
      </w:r>
    </w:p>
    <w:p>
      <w:r>
        <w:rPr>
          <w:b w:val="0"/>
          <w:sz w:val="20"/>
        </w:rPr>
      </w:r>
    </w:p>
    <w:p>
      <w:r>
        <w:rPr>
          <w:b/>
          <w:sz w:val="20"/>
        </w:rPr>
        <w:t>Vertreten durch:</w:t>
      </w:r>
    </w:p>
    <w:p>
      <w:r>
        <w:rPr>
          <w:b w:val="0"/>
          <w:sz w:val="20"/>
        </w:rPr>
      </w:r>
    </w:p>
    <w:p>
      <w:r>
        <w:rPr>
          <w:b w:val="0"/>
          <w:sz w:val="20"/>
        </w:rPr>
        <w:t>Anschrift:</w:t>
      </w:r>
    </w:p>
    <w:p>
      <w:r>
        <w:rPr>
          <w:b w:val="0"/>
          <w:sz w:val="20"/>
        </w:rPr>
      </w:r>
    </w:p>
    <w:p>
      <w:r>
        <w:rPr>
          <w:b/>
          <w:sz w:val="24"/>
        </w:rPr>
        <w:t>und</w:t>
      </w:r>
    </w:p>
    <w:p>
      <w:r>
        <w:rPr>
          <w:b/>
          <w:sz w:val="20"/>
        </w:rPr>
        <w:t>Ehrenamtliche/r:</w:t>
      </w:r>
    </w:p>
    <w:p>
      <w:r>
        <w:rPr>
          <w:b w:val="0"/>
          <w:sz w:val="20"/>
        </w:rPr>
      </w:r>
    </w:p>
    <w:p>
      <w:r>
        <w:rPr>
          <w:b w:val="0"/>
          <w:sz w:val="20"/>
        </w:rPr>
        <w:t>Anschrift:</w:t>
      </w:r>
    </w:p>
    <w:p>
      <w:r>
        <w:rPr>
          <w:b w:val="0"/>
          <w:sz w:val="20"/>
        </w:rPr>
      </w:r>
    </w:p>
    <w:p/>
    <w:p>
      <w:r>
        <w:rPr>
          <w:b/>
          <w:sz w:val="20"/>
        </w:rPr>
        <w:t>§1 – Gegenstand des Vertrages</w:t>
      </w:r>
    </w:p>
    <w:p>
      <w:r>
        <w:rPr>
          <w:b w:val="0"/>
          <w:sz w:val="20"/>
        </w:rPr>
        <w:t>Die Organisation verpflichtet sich, die/den Ehrenamtliche/n in der nachfolgenden Tätigkeit zu unterstützen und zu fördern. Die/Der Ehrenamtliche erklärt sich bereit, ihre/seine Zeit und Fähigkeiten ehrenamtlich und unentgeltlich für die Organisation einzusetzen.</w:t>
      </w:r>
    </w:p>
    <w:p/>
    <w:p>
      <w:r>
        <w:rPr>
          <w:b/>
          <w:sz w:val="20"/>
        </w:rPr>
        <w:t>§2 – Beschreibung der Tätigkeit</w:t>
      </w:r>
    </w:p>
    <w:p>
      <w:r>
        <w:rPr>
          <w:b w:val="0"/>
          <w:sz w:val="20"/>
        </w:rPr>
        <w:t>Die Tätigkeit umfasst insbesondere:</w:t>
      </w:r>
    </w:p>
    <w:p>
      <w:r>
        <w:rPr>
          <w:b w:val="0"/>
          <w:sz w:val="20"/>
        </w:rPr>
        <w:t xml:space="preserve">- </w:t>
      </w:r>
    </w:p>
    <w:p>
      <w:r>
        <w:rPr>
          <w:b w:val="0"/>
          <w:sz w:val="20"/>
        </w:rPr>
        <w:t xml:space="preserve">- </w:t>
      </w:r>
    </w:p>
    <w:p>
      <w:r>
        <w:rPr>
          <w:b w:val="0"/>
          <w:sz w:val="20"/>
        </w:rPr>
        <w:t xml:space="preserve">- </w:t>
      </w:r>
    </w:p>
    <w:p/>
    <w:p>
      <w:r>
        <w:rPr>
          <w:b/>
          <w:sz w:val="20"/>
        </w:rPr>
        <w:t>§3 – Beginn und Dauer des Ehrenamts</w:t>
      </w:r>
    </w:p>
    <w:p>
      <w:r>
        <w:rPr>
          <w:b w:val="0"/>
          <w:sz w:val="20"/>
        </w:rPr>
        <w:t>Das Ehrenamt beginnt mit der Unterzeichnung dieses Vertrages und wird auf unbestimmte Zeit ausgeübt. Beide Parteien können das Ehrenamt jederzeit ohne Angabe von Gründen beenden.</w:t>
      </w:r>
    </w:p>
    <w:p/>
    <w:p>
      <w:r>
        <w:rPr>
          <w:b/>
          <w:sz w:val="20"/>
        </w:rPr>
        <w:t>§4 – Pflichten der/des Ehrenamtlichen</w:t>
      </w:r>
    </w:p>
    <w:p>
      <w:r>
        <w:rPr>
          <w:b w:val="0"/>
          <w:sz w:val="20"/>
        </w:rPr>
        <w:t>Die/Der Ehrenamtliche verpflichtet sich:</w:t>
      </w:r>
    </w:p>
    <w:p>
      <w:r>
        <w:rPr>
          <w:b w:val="0"/>
          <w:sz w:val="20"/>
        </w:rPr>
        <w:t>- Die Aufgaben gewissenhaft und sorgfältig auszuführen.</w:t>
      </w:r>
    </w:p>
    <w:p>
      <w:r>
        <w:rPr>
          <w:b w:val="0"/>
          <w:sz w:val="20"/>
        </w:rPr>
        <w:t>- Die Interessen der Organisation zu wahren.</w:t>
      </w:r>
    </w:p>
    <w:p>
      <w:r>
        <w:rPr>
          <w:b w:val="0"/>
          <w:sz w:val="20"/>
        </w:rPr>
        <w:t>- Vertrauliche Informationen vertraulich zu behandeln.</w:t>
      </w:r>
    </w:p>
    <w:p>
      <w:r>
        <w:rPr>
          <w:b w:val="0"/>
          <w:sz w:val="20"/>
        </w:rPr>
        <w:t>- Die geltenden gesetzlichen und internen Regelungen zu beachten.</w:t>
      </w:r>
    </w:p>
    <w:p/>
    <w:p>
      <w:r>
        <w:rPr>
          <w:b/>
          <w:sz w:val="20"/>
        </w:rPr>
        <w:t>§5 – Pflichten der Organisation</w:t>
      </w:r>
    </w:p>
    <w:p>
      <w:r>
        <w:rPr>
          <w:b w:val="0"/>
          <w:sz w:val="20"/>
        </w:rPr>
        <w:t>Die Organisation verpflichtet sich:</w:t>
      </w:r>
    </w:p>
    <w:p>
      <w:r>
        <w:rPr>
          <w:b w:val="0"/>
          <w:sz w:val="20"/>
        </w:rPr>
        <w:t>- Die/den Ehrenamtliche/n bei der Ausübung der Tätigkeit zu unterstützen.</w:t>
      </w:r>
    </w:p>
    <w:p>
      <w:r>
        <w:rPr>
          <w:b w:val="0"/>
          <w:sz w:val="20"/>
        </w:rPr>
        <w:t>- Eine angemessene Einarbeitung und Anleitung zu gewährleisten.</w:t>
      </w:r>
    </w:p>
    <w:p>
      <w:r>
        <w:rPr>
          <w:b w:val="0"/>
          <w:sz w:val="20"/>
        </w:rPr>
        <w:t>- Für eine sichere und gesunde Arbeitsumgebung zu sorgen.</w:t>
      </w:r>
    </w:p>
    <w:p>
      <w:r>
        <w:rPr>
          <w:b w:val="0"/>
          <w:sz w:val="20"/>
        </w:rPr>
        <w:t>- Die Ehrenamtliche/n über Rechte und Pflichten umfassend zu informieren.</w:t>
      </w:r>
    </w:p>
    <w:p/>
    <w:p>
      <w:r>
        <w:rPr>
          <w:b/>
          <w:sz w:val="20"/>
        </w:rPr>
        <w:t>§6 – Versicherungsschutz</w:t>
      </w:r>
    </w:p>
    <w:p>
      <w:r>
        <w:rPr>
          <w:b w:val="0"/>
          <w:sz w:val="20"/>
        </w:rPr>
        <w:t>Die Organisation stellt sicher, dass die/der Ehrenamtliche während der Ausübung ihrer/seiner Tätigkeit im Rahmen der gesetzlichen Bestimmungen unfall- und haftpflichtversichert ist.</w:t>
      </w:r>
    </w:p>
    <w:p/>
    <w:p>
      <w:r>
        <w:rPr>
          <w:b/>
          <w:sz w:val="20"/>
        </w:rPr>
        <w:t>§7 – Aufwendungsersatz</w:t>
      </w:r>
    </w:p>
    <w:p>
      <w:r>
        <w:rPr>
          <w:b w:val="0"/>
          <w:sz w:val="20"/>
        </w:rPr>
        <w:t>Die/Der Ehrenamtliche kann Ersatz für notwendige Auslagen und Aufwendungen erhalten, die im direkten Zusammenhang mit der ehrenamtlichen Tätigkeit stehen. Die Erstattung erfolgt nach Vorlage entsprechender Belege.</w:t>
      </w:r>
    </w:p>
    <w:p/>
    <w:p>
      <w:r>
        <w:rPr>
          <w:b/>
          <w:sz w:val="20"/>
        </w:rPr>
        <w:t>§8 – Verschwiegenheit</w:t>
      </w:r>
    </w:p>
    <w:p>
      <w:r>
        <w:rPr>
          <w:b w:val="0"/>
          <w:sz w:val="20"/>
        </w:rPr>
        <w:t>Die/Der Ehrenamtliche verpflichtet sich, über alle vertraulichen Informationen, die ihr/ihm im Rahmen der Tätigkeit bekannt werden, Stillschweigen zu bewahren, auch über das Ende des Ehrenamts hinaus.</w:t>
      </w:r>
    </w:p>
    <w:p/>
    <w:p>
      <w:r>
        <w:rPr>
          <w:b/>
          <w:sz w:val="20"/>
        </w:rPr>
        <w:t>§9 – Beendigung des Ehrenamts</w:t>
      </w:r>
    </w:p>
    <w:p>
      <w:r>
        <w:rPr>
          <w:b w:val="0"/>
          <w:sz w:val="20"/>
        </w:rPr>
        <w:t>Das Ehrenamt endet durch:</w:t>
      </w:r>
    </w:p>
    <w:p>
      <w:r>
        <w:rPr>
          <w:b w:val="0"/>
          <w:sz w:val="20"/>
        </w:rPr>
        <w:t>- Kündigung durch eine der Parteien jederzeit.</w:t>
      </w:r>
    </w:p>
    <w:p>
      <w:r>
        <w:rPr>
          <w:b w:val="0"/>
          <w:sz w:val="20"/>
        </w:rPr>
        <w:t>- Erreichen eines vereinbarten Enddatums, falls vereinbart.</w:t>
      </w:r>
    </w:p>
    <w:p>
      <w:r>
        <w:rPr>
          <w:b w:val="0"/>
          <w:sz w:val="20"/>
        </w:rPr>
        <w:t>- Tod der/des Ehrenamtlichen.</w:t>
      </w:r>
    </w:p>
    <w:p>
      <w:r>
        <w:rPr>
          <w:b w:val="0"/>
          <w:sz w:val="20"/>
        </w:rPr>
        <w:t>- Ausschluss durch die Organisation bei schwerwiegendem Fehlverhalten.</w:t>
      </w:r>
    </w:p>
    <w:p/>
    <w:p>
      <w:r>
        <w:rPr>
          <w:b/>
          <w:sz w:val="20"/>
        </w:rPr>
        <w:t>§10 – Sonstiges</w:t>
      </w:r>
    </w:p>
    <w:p>
      <w:r>
        <w:rPr>
          <w:b w:val="0"/>
          <w:sz w:val="20"/>
        </w:rPr>
        <w:t>Änderungen und Ergänzungen dieses Vertrages bedürfen der Schriftform. Sollten einzelne Bestimmungen dieses Vertrages ganz oder teilweise unwirksam sein oder werden, bleibt die Wirksamkeit der übrigen Bestimmungen unberührt.</w:t>
      </w:r>
    </w:p>
    <w:p/>
    <w:p>
      <w:r>
        <w:rPr>
          <w:b/>
          <w:sz w:val="20"/>
        </w:rPr>
        <w:t>§11 – Gerichtsstand und anwendbares Recht</w:t>
      </w:r>
    </w:p>
    <w:p>
      <w:r>
        <w:rPr>
          <w:b w:val="0"/>
          <w:sz w:val="20"/>
        </w:rPr>
        <w:t>Für alle Streitigkeiten aus diesem Vertrag gilt deutsches Recht. Gerichtsstand ist der Sitz der Organisation.</w:t>
      </w:r>
    </w:p>
    <w:p/>
    <w:p/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</w:tcPr>
          <w:p>
            <w:pPr>
              <w:jc w:val="center"/>
            </w:pPr>
            <w:r>
              <w:rPr>
                <w:b/>
              </w:rPr>
              <w:t>Organisation / Verein</w:t>
              <w:br/>
              <w:br/>
              <w:t>Unterschrift:</w:t>
            </w:r>
          </w:p>
        </w:tc>
        <w:tc>
          <w:tcPr>
            <w:tcW w:type="dxa" w:w="4986"/>
          </w:tcPr>
          <w:p>
            <w:pPr>
              <w:jc w:val="center"/>
            </w:pPr>
            <w:r>
              <w:rPr>
                <w:b/>
              </w:rPr>
              <w:t>Ehrenamtliche/r</w:t>
              <w:br/>
              <w:br/>
              <w:t>Unterschrift:</w:t>
            </w:r>
          </w:p>
        </w:tc>
      </w:tr>
    </w:tbl>
    <w:p/>
    <w:p/>
    <w:p/>
    <w:p/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https://arbeits-experte.com/ehrenamtsvertrag/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https://arbeits-experte.com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arbeits-experte.com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arbeits-experte.com/ehrenamtsvertrag/" TargetMode="External"/><Relationship Id="rId10" Type="http://schemas.openxmlformats.org/officeDocument/2006/relationships/hyperlink" Target="https://arbeits-expert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