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ARBEITSVERTRAG KURZFRISTIGE BESCHÄFTIGUNG</w:t>
      </w:r>
    </w:p>
    <w:p/>
    <w:p/>
    <w:p>
      <w:r>
        <w:rPr>
          <w:b w:val="0"/>
          <w:sz w:val="20"/>
        </w:rPr>
        <w:t>Zwischen</w:t>
      </w:r>
    </w:p>
    <w:p>
      <w:r>
        <w:rPr>
          <w:b/>
          <w:sz w:val="20"/>
        </w:rPr>
        <w:t>Arbeitgeber:</w:t>
      </w:r>
    </w:p>
    <w:p>
      <w:r>
        <w:rPr>
          <w:b w:val="0"/>
          <w:sz w:val="20"/>
        </w:rPr>
        <w:t>Firmenname:</w:t>
      </w:r>
    </w:p>
    <w:p>
      <w:r>
        <w:rPr>
          <w:b w:val="0"/>
          <w:sz w:val="20"/>
        </w:rPr>
        <w:t>Anschrift:</w:t>
      </w:r>
    </w:p>
    <w:p>
      <w:r>
        <w:rPr>
          <w:b w:val="0"/>
          <w:sz w:val="20"/>
        </w:rPr>
        <w:t>Vertreten durch:</w:t>
      </w:r>
    </w:p>
    <w:p/>
    <w:p>
      <w:r>
        <w:rPr>
          <w:b w:val="0"/>
          <w:sz w:val="20"/>
        </w:rPr>
        <w:t>und</w:t>
      </w:r>
    </w:p>
    <w:p>
      <w:r>
        <w:rPr>
          <w:b/>
          <w:sz w:val="20"/>
        </w:rPr>
        <w:t>Arbeitnehmer:</w:t>
      </w:r>
    </w:p>
    <w:p>
      <w:r>
        <w:rPr>
          <w:b w:val="0"/>
          <w:sz w:val="20"/>
        </w:rPr>
        <w:t>Name:</w:t>
      </w:r>
    </w:p>
    <w:p>
      <w:r>
        <w:rPr>
          <w:b w:val="0"/>
          <w:sz w:val="20"/>
        </w:rPr>
        <w:t>Geburtsdatum:</w:t>
      </w:r>
    </w:p>
    <w:p>
      <w:r>
        <w:rPr>
          <w:b w:val="0"/>
          <w:sz w:val="20"/>
        </w:rPr>
        <w:t>Anschrift:</w:t>
      </w:r>
    </w:p>
    <w:p/>
    <w:p>
      <w:r>
        <w:rPr>
          <w:b/>
          <w:sz w:val="24"/>
        </w:rPr>
        <w:t>PRÄAMBEL</w:t>
      </w:r>
    </w:p>
    <w:p>
      <w:r>
        <w:rPr>
          <w:b w:val="0"/>
          <w:sz w:val="20"/>
        </w:rPr>
        <w:t>Der Arbeitnehmer wird auf Basis einer kurzfristigen Beschäftigung gemäß § 8 Abs. 1 Nr. 2 SGB IV eingestellt.</w:t>
      </w:r>
    </w:p>
    <w:p>
      <w:r>
        <w:rPr>
          <w:b w:val="0"/>
          <w:sz w:val="20"/>
        </w:rPr>
        <w:t>Die Beschäftigung ist nicht sozialversicherungspflichtig, wenn die Tätigkeit innerhalb eines Kalenderjahres 3 Monate oder 70 Arbeitstage nicht überschreitet.</w:t>
      </w:r>
    </w:p>
    <w:p/>
    <w:p>
      <w:r>
        <w:rPr>
          <w:b/>
          <w:sz w:val="20"/>
        </w:rPr>
        <w:t>§1 – VERTRAGSGEGENSTAND</w:t>
      </w:r>
    </w:p>
    <w:p>
      <w:r>
        <w:rPr>
          <w:b w:val="0"/>
          <w:sz w:val="20"/>
        </w:rPr>
        <w:t>Der Arbeitnehmer wird als kurzfristig Beschäftigter im Bereich ___________________________ beschäftigt.</w:t>
      </w:r>
    </w:p>
    <w:p>
      <w:r>
        <w:rPr>
          <w:b w:val="0"/>
          <w:sz w:val="20"/>
        </w:rPr>
        <w:t>Die Tätigkeit umfasst insbesondere folgende Aufgaben:</w:t>
      </w:r>
    </w:p>
    <w:p>
      <w:r>
        <w:rPr>
          <w:b w:val="0"/>
          <w:sz w:val="20"/>
        </w:rPr>
        <w:t>- ____________________________________________________________</w:t>
      </w:r>
    </w:p>
    <w:p>
      <w:r>
        <w:rPr>
          <w:b w:val="0"/>
          <w:sz w:val="20"/>
        </w:rPr>
        <w:t>- ____________________________________________________________</w:t>
      </w:r>
    </w:p>
    <w:p/>
    <w:p>
      <w:r>
        <w:rPr>
          <w:b/>
          <w:sz w:val="20"/>
        </w:rPr>
        <w:t>§2 – BEGINN UND DAUER DER BESCHÄFTIGUNG</w:t>
      </w:r>
    </w:p>
    <w:p>
      <w:r>
        <w:rPr>
          <w:b w:val="0"/>
          <w:sz w:val="20"/>
        </w:rPr>
        <w:t>Die Beschäftigung beginnt am ____________________ und endet am ____________________.</w:t>
      </w:r>
    </w:p>
    <w:p>
      <w:r>
        <w:rPr>
          <w:b w:val="0"/>
          <w:sz w:val="20"/>
        </w:rPr>
        <w:t>Eine Verlängerung oder Wiederaufnahme der kurzfristigen Beschäftigung im selben Kalenderjahr ist grundsätzlich möglich, sofern die gesetzlichen Voraussetzungen erfüllt sind.</w:t>
      </w:r>
    </w:p>
    <w:p/>
    <w:p>
      <w:r>
        <w:rPr>
          <w:b/>
          <w:sz w:val="20"/>
        </w:rPr>
        <w:t>§3 – ARBEITSZEIT</w:t>
      </w:r>
    </w:p>
    <w:p>
      <w:r>
        <w:rPr>
          <w:b w:val="0"/>
          <w:sz w:val="20"/>
        </w:rPr>
        <w:t>Die regelmäßige Arbeitszeit beträgt __________ Stunden pro Woche.</w:t>
      </w:r>
    </w:p>
    <w:p>
      <w:r>
        <w:rPr>
          <w:b w:val="0"/>
          <w:sz w:val="20"/>
        </w:rPr>
        <w:t>Die Lage der Arbeitszeit wird zwischen Arbeitgeber und Arbeitnehmer abgestimmt.</w:t>
      </w:r>
    </w:p>
    <w:p/>
    <w:p>
      <w:r>
        <w:rPr>
          <w:b/>
          <w:sz w:val="20"/>
        </w:rPr>
        <w:t>§4 – VERGÜTUNG</w:t>
      </w:r>
    </w:p>
    <w:p>
      <w:r>
        <w:rPr>
          <w:b w:val="0"/>
          <w:sz w:val="20"/>
        </w:rPr>
        <w:t>Der Arbeitnehmer erhält eine Vergütung von __________ EUR brutto pro Stunde.</w:t>
      </w:r>
    </w:p>
    <w:p>
      <w:r>
        <w:rPr>
          <w:b w:val="0"/>
          <w:sz w:val="20"/>
        </w:rPr>
        <w:t>Die Auszahlung erfolgt monatlich/bei Beendigung der Beschäftigung auf folgendes Konto:</w:t>
      </w:r>
    </w:p>
    <w:p>
      <w:r>
        <w:rPr>
          <w:b w:val="0"/>
          <w:sz w:val="20"/>
        </w:rPr>
        <w:t>IBAN: __________________________</w:t>
      </w:r>
    </w:p>
    <w:p>
      <w:r>
        <w:rPr>
          <w:b w:val="0"/>
          <w:sz w:val="20"/>
        </w:rPr>
        <w:t>BIC: ___________________________</w:t>
      </w:r>
    </w:p>
    <w:p/>
    <w:p>
      <w:r>
        <w:rPr>
          <w:b/>
          <w:sz w:val="20"/>
        </w:rPr>
        <w:t>§5 – URLAUB</w:t>
      </w:r>
    </w:p>
    <w:p>
      <w:r>
        <w:rPr>
          <w:b w:val="0"/>
          <w:sz w:val="20"/>
        </w:rPr>
        <w:t>Der Urlaubsanspruch richtet sich nach den gesetzlichen Bestimmungen und ist anteilig entsprechend der Beschäftigungsdauer zu berechnen.</w:t>
      </w:r>
    </w:p>
    <w:p/>
    <w:p>
      <w:r>
        <w:rPr>
          <w:b/>
          <w:sz w:val="20"/>
        </w:rPr>
        <w:t>§6 – PFLICHTEN DES ARBEITNEHMERS</w:t>
      </w:r>
    </w:p>
    <w:p>
      <w:r>
        <w:rPr>
          <w:b w:val="0"/>
          <w:sz w:val="20"/>
        </w:rPr>
        <w:t>- Sorgfältige Ausführung der übertragenen Aufgaben.</w:t>
      </w:r>
    </w:p>
    <w:p>
      <w:r>
        <w:rPr>
          <w:b w:val="0"/>
          <w:sz w:val="20"/>
        </w:rPr>
        <w:t>- Einhaltung der betrieblichen Ordnung und Sicherheitsvorschriften.</w:t>
      </w:r>
    </w:p>
    <w:p>
      <w:r>
        <w:rPr>
          <w:b w:val="0"/>
          <w:sz w:val="20"/>
        </w:rPr>
        <w:t>- Mitteilungspflicht bei Krankheit oder sonstiger Verhinderung an der Arbeitsausführung.</w:t>
      </w:r>
    </w:p>
    <w:p/>
    <w:p>
      <w:r>
        <w:rPr>
          <w:b/>
          <w:sz w:val="20"/>
        </w:rPr>
        <w:t>§7 – KÜNDIGUNG</w:t>
      </w:r>
    </w:p>
    <w:p>
      <w:r>
        <w:rPr>
          <w:b w:val="0"/>
          <w:sz w:val="20"/>
        </w:rPr>
        <w:t>Das Arbeitsverhältnis endet mit Ablauf der vereinbarten Beschäftigungsdauer ohne dass es einer Kündigung bedarf.</w:t>
      </w:r>
    </w:p>
    <w:p>
      <w:r>
        <w:rPr>
          <w:b w:val="0"/>
          <w:sz w:val="20"/>
        </w:rPr>
        <w:t>Eine vorzeitige Kündigung ist nur aus wichtigem Grund möglich.</w:t>
      </w:r>
    </w:p>
    <w:p/>
    <w:p>
      <w:r>
        <w:rPr>
          <w:b/>
          <w:sz w:val="20"/>
        </w:rPr>
        <w:t>§8 – VERSCHWIEGENHEIT</w:t>
      </w:r>
    </w:p>
    <w:p>
      <w:r>
        <w:rPr>
          <w:b w:val="0"/>
          <w:sz w:val="20"/>
        </w:rPr>
        <w:t>Der Arbeitnehmer verpflichtet sich, über alle betrieblichen Angelegenheiten, die ihm im Zusammenhang mit seiner Tätigkeit bekannt werden, Stillschweigen zu bewahren.</w:t>
      </w:r>
    </w:p>
    <w:p/>
    <w:p>
      <w:r>
        <w:rPr>
          <w:b/>
          <w:sz w:val="20"/>
        </w:rPr>
        <w:t>§9 – DATENSCHUTZ</w:t>
      </w:r>
    </w:p>
    <w:p>
      <w:r>
        <w:rPr>
          <w:b w:val="0"/>
          <w:sz w:val="20"/>
        </w:rPr>
        <w:t>Der Arbeitnehmer erklärt sich damit einverstanden, dass personenbezogene Daten im Rahmen des Arbeitsverhältnisses erhoben, verarbeitet und genutzt werden.</w:t>
      </w:r>
    </w:p>
    <w:p/>
    <w:p>
      <w:r>
        <w:rPr>
          <w:b/>
          <w:sz w:val="20"/>
        </w:rPr>
        <w:t>§10 – SONSTIGES</w:t>
      </w:r>
    </w:p>
    <w:p>
      <w:r>
        <w:rPr>
          <w:b w:val="0"/>
          <w:sz w:val="20"/>
        </w:rPr>
        <w:t>Änderungen und Ergänzungen dieses Vertrages bedürfen der Schriftform.</w:t>
      </w:r>
    </w:p>
    <w:p>
      <w:r>
        <w:rPr>
          <w:b w:val="0"/>
          <w:sz w:val="20"/>
        </w:rPr>
        <w:t>Sollten einzelne Bestimmungen dieses Vertrages unwirksam sein, so wird die Wirksamkeit der übrigen Bestimmungen hiervon nicht berührt.</w:t>
      </w:r>
    </w:p>
    <w:p/>
    <w:p/>
    <w:p>
      <w:pPr>
        <w:jc w:val="center"/>
      </w:pPr>
      <w:r>
        <w:rPr>
          <w:b w:val="0"/>
          <w:sz w:val="20"/>
        </w:rPr>
        <w:t>______________________________                ______________________________</w:t>
      </w:r>
    </w:p>
    <w:p>
      <w:pPr>
        <w:jc w:val="center"/>
      </w:pPr>
      <w:r>
        <w:rPr>
          <w:b w:val="0"/>
          <w:sz w:val="20"/>
        </w:rPr>
        <w:t>Ort, Datum                                                                Ort, Datum</w:t>
      </w:r>
    </w:p>
    <w:p/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535"/>
          </w:tcPr>
          <w:p>
            <w:pPr>
              <w:jc w:val="center"/>
            </w:pPr>
            <w:r>
              <w:rPr>
                <w:b/>
              </w:rPr>
              <w:t>Arbeitgeber</w:t>
              <w:br/>
              <w:br/>
              <w:t>(Unterschrift)</w:t>
            </w:r>
          </w:p>
        </w:tc>
        <w:tc>
          <w:tcPr>
            <w:tcW w:type="dxa" w:w="4535"/>
          </w:tcPr>
          <w:p>
            <w:pPr>
              <w:jc w:val="center"/>
            </w:pPr>
            <w:r>
              <w:rPr>
                <w:b/>
              </w:rPr>
              <w:t>Arbeitnehmer</w:t>
              <w:br/>
              <w:br/>
              <w:t>(Unterschrift)</w:t>
            </w:r>
          </w:p>
        </w:tc>
      </w:tr>
      <w:tr>
        <w:tc>
          <w:tcPr>
            <w:tcW w:type="dxa" w:w="4535"/>
          </w:tcPr>
          <w:p>
            <w:pPr>
              <w:jc w:val="center"/>
            </w:pPr>
            <w:r>
              <w:br/>
              <w:br/>
              <w:t>______________________________</w:t>
            </w:r>
          </w:p>
        </w:tc>
        <w:tc>
          <w:tcPr>
            <w:tcW w:type="dxa" w:w="4535"/>
          </w:tcPr>
          <w:p>
            <w:pPr>
              <w:jc w:val="center"/>
            </w:pPr>
            <w:r>
              <w:br/>
              <w:br/>
              <w:t>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https://arbeits-experte.com/datev-arbeitsvertrag-kurzfristige-beschaftigung-muster-vorlage-Arbeitsvertrag-Kurzfristige-Beschaeftigung/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https://arbeits-experte.com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arbeits-experte.com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rbeits-experte.com/datev-arbeitsvertrag-kurzfristige-beschaftigung-muster-vorlage-Arbeitsvertrag-Kurzfristige-Beschaeftigung/" TargetMode="External"/><Relationship Id="rId10" Type="http://schemas.openxmlformats.org/officeDocument/2006/relationships/hyperlink" Target="https://arbeits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