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DANKSCHREIBEN ZUR JOBZUSAGE</w:t>
      </w:r>
    </w:p>
    <w:p/>
    <w:p/>
    <w:p>
      <w:r>
        <w:rPr>
          <w:b w:val="0"/>
          <w:sz w:val="22"/>
        </w:rPr>
        <w:t>Firma:</w:t>
      </w:r>
    </w:p>
    <w:p>
      <w:r>
        <w:rPr>
          <w:b w:val="0"/>
          <w:sz w:val="22"/>
        </w:rPr>
        <w:t>Adresse:</w:t>
      </w:r>
    </w:p>
    <w:p>
      <w:r>
        <w:rPr>
          <w:b w:val="0"/>
          <w:sz w:val="22"/>
        </w:rPr>
        <w:t>PLZ, Ort:</w:t>
      </w:r>
    </w:p>
    <w:p/>
    <w:p/>
    <w:p>
      <w:r>
        <w:rPr>
          <w:b/>
          <w:sz w:val="22"/>
        </w:rPr>
        <w:t>Betreff:</w:t>
      </w:r>
    </w:p>
    <w:p>
      <w:r>
        <w:rPr>
          <w:b/>
          <w:sz w:val="22"/>
        </w:rPr>
        <w:t>Bestätigung meiner Zusage für die Stelle</w:t>
      </w:r>
    </w:p>
    <w:p/>
    <w:p/>
    <w:p>
      <w:r>
        <w:rPr>
          <w:b w:val="0"/>
          <w:sz w:val="22"/>
        </w:rPr>
        <w:t>Sehr geehrte Damen und Herren,</w:t>
      </w:r>
    </w:p>
    <w:p/>
    <w:p>
      <w:r>
        <w:rPr>
          <w:b w:val="0"/>
          <w:sz w:val="22"/>
        </w:rPr>
        <w:t>hiermit bestätige ich meine Zusage zur angebotenen Position und bedanke mich herzlich für das entgegengebrachte Vertrauen. Ich freue mich sehr auf die Zusammenarbeit und bin motiviert, die Aufgaben und Herausforderungen, die mit der Stelle verbunden sind, verantwortungsbewusst und engagiert zu übernehmen.</w:t>
      </w:r>
    </w:p>
    <w:p/>
    <w:p>
      <w:r>
        <w:rPr>
          <w:b w:val="0"/>
          <w:sz w:val="22"/>
        </w:rPr>
        <w:t>Bitte lassen Sie mich wissen, falls weitere Unterlagen oder Informationen von meiner Seite benötigt werden. Gerne stehe ich auch für Rückfragen oder zur Klärung organisatorischer Details zur Verfügung.</w:t>
      </w:r>
    </w:p>
    <w:p/>
    <w:p>
      <w:r>
        <w:rPr>
          <w:b w:val="0"/>
          <w:sz w:val="22"/>
        </w:rPr>
        <w:t>Ich freue mich darauf, mein Können und meine Erfahrungen in Ihr Unternehmen einzubringen und gemeinsam erfolgreich zu sein.</w:t>
      </w:r>
    </w:p>
    <w:p/>
    <w:p/>
    <w:p>
      <w:r>
        <w:rPr>
          <w:b w:val="0"/>
          <w:sz w:val="22"/>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Name des Bewerbers</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br/>
              <w:br/>
              <w:t>Unterschrift:</w:t>
            </w:r>
          </w:p>
        </w:tc>
        <w:tc>
          <w:tcPr>
            <w:tcW w:type="dxa" w:w="4986"/>
            <w:tcBorders>
              <w:top w:val="nil"/>
              <w:left w:val="nil"/>
              <w:bottom w:val="nil"/>
              <w:right w:val="nil"/>
              <w:insideH w:val="nil"/>
              <w:insideV w:val="nil"/>
            </w:tcBorders>
          </w:tcPr>
          <w:p>
            <w:pPr>
              <w:jc w:val="center"/>
            </w:pPr>
            <w:r>
              <w:br/>
              <w:br/>
              <w:t>Unterschrift (optional):</w:t>
            </w:r>
          </w:p>
        </w:tc>
      </w:tr>
      <w:tr>
        <w:tc>
          <w:tcPr>
            <w:tcW w:type="dxa" w:w="4986"/>
            <w:tcBorders>
              <w:top w:val="nil"/>
              <w:left w:val="nil"/>
              <w:bottom w:val="nil"/>
              <w:right w:val="nil"/>
              <w:insideH w:val="nil"/>
              <w:insideV w:val="nil"/>
            </w:tcBorders>
          </w:tcPr>
          <w:p>
            <w:pPr>
              <w:jc w:val="center"/>
            </w:pPr>
            <w:r>
              <w:t>Vorname, Nachname</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Originalquelle dieses Dokuments:</w:t>
      </w:r>
    </w:p>
    <w:p>
      <w:pPr>
        <w:jc w:val="center"/>
      </w:pPr>
      <w:hyperlink r:id="rId9">
        <w:r>
          <w:rPr>
            <w:color w:val="0000FF"/>
            <w:u w:val="single"/>
          </w:rPr>
          <w:t>https://arbeits-experte.com/dankschreiben-jobzusage/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dankschreiben-jobzusage/"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