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ANSCHREIBEN AN DEN ARBEITGEBER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</w:t>
      </w:r>
    </w:p>
    <w:p>
      <w:r>
        <w:rPr>
          <w:b w:val="0"/>
          <w:sz w:val="22"/>
        </w:rPr>
        <w:t>Straße, Nr.: __________________________________________</w:t>
      </w:r>
    </w:p>
    <w:p>
      <w:r>
        <w:rPr>
          <w:b w:val="0"/>
          <w:sz w:val="22"/>
        </w:rPr>
        <w:t>PLZ, Ort: _____________________________________________</w:t>
      </w:r>
    </w:p>
    <w:p>
      <w:r>
        <w:rPr>
          <w:b w:val="0"/>
          <w:sz w:val="22"/>
        </w:rPr>
        <w:t>Telefon: ______________________________________________</w:t>
      </w:r>
    </w:p>
    <w:p>
      <w:r>
        <w:rPr>
          <w:b w:val="0"/>
          <w:sz w:val="22"/>
        </w:rPr>
        <w:t>E-Mail: _______________________________________________</w:t>
      </w:r>
    </w:p>
    <w:p/>
    <w:p/>
    <w:p>
      <w:r>
        <w:rPr>
          <w:b/>
          <w:sz w:val="22"/>
        </w:rPr>
        <w:t>Arbeitgeber:</w:t>
      </w:r>
    </w:p>
    <w:p>
      <w:r>
        <w:rPr>
          <w:b w:val="0"/>
          <w:sz w:val="22"/>
        </w:rPr>
        <w:t>Firma/Name: __________________________________________</w:t>
      </w:r>
    </w:p>
    <w:p>
      <w:r>
        <w:rPr>
          <w:b w:val="0"/>
          <w:sz w:val="22"/>
        </w:rPr>
        <w:t>Abteilung (falls bekannt): ___________________________</w:t>
      </w:r>
    </w:p>
    <w:p>
      <w:r>
        <w:rPr>
          <w:b w:val="0"/>
          <w:sz w:val="22"/>
        </w:rPr>
        <w:t>Straße, Nr.: __________________________________________</w:t>
      </w:r>
    </w:p>
    <w:p>
      <w:r>
        <w:rPr>
          <w:b w:val="0"/>
          <w:sz w:val="22"/>
        </w:rPr>
        <w:t>PLZ, Ort: 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_______________________________________________________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möchte ich Sie über folgende Angelegenheit informieren bzw. eine wichtige Mitteilung machen: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/>
    <w:p>
      <w:r>
        <w:rPr>
          <w:b w:val="0"/>
          <w:sz w:val="22"/>
        </w:rPr>
        <w:t>Ich bitte Sie, diese Information entsprechend zu berücksichtigen und stehe für Rückfragen gerne zur Verfügung.</w:t>
      </w:r>
    </w:p>
    <w:p/>
    <w:p/>
    <w:p>
      <w:r>
        <w:rPr>
          <w:b w:val="0"/>
          <w:sz w:val="22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</w:t>
      </w:r>
    </w:p>
    <w:p>
      <w:pPr>
        <w:jc w:val="center"/>
      </w:pPr>
      <w:r>
        <w:rPr>
          <w:b w:val="0"/>
          <w:sz w:val="22"/>
        </w:rPr>
        <w:t>Unterschrift</w:t>
      </w:r>
    </w:p>
    <w:p/>
    <w:p/>
    <w:p>
      <w:r>
        <w:rPr>
          <w:b w:val="0"/>
          <w:sz w:val="22"/>
        </w:rPr>
        <w:t>Ort: _____________________________    Datum: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Bestätigung des Arbeitgebers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Datum / 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https://arbeits-experte.com/brief-an-arbeitgeber/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brief-an-arbeitgeber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