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BESTÄTIGUNG DES WIEDEREINSTIEGS NACH ELTERNZEIT</w:t>
      </w:r>
    </w:p>
    <w:p/>
    <w:p>
      <w:r>
        <w:rPr>
          <w:b/>
          <w:sz w:val="20"/>
        </w:rPr>
        <w:t>Hiermit bestätigt der Arbeitgeber gegenüber dem Arbeitnehmer/der Arbeitnehmerin Folgendes:</w:t>
      </w:r>
    </w:p>
    <w:p/>
    <w:p>
      <w:r>
        <w:rPr>
          <w:b/>
          <w:sz w:val="20"/>
        </w:rPr>
        <w:t>Name des Arbeitnehmers / der Arbeitnehmerin:</w:t>
      </w:r>
    </w:p>
    <w:p>
      <w:r>
        <w:rPr>
          <w:b w:val="0"/>
          <w:sz w:val="20"/>
        </w:rPr>
        <w:t>____________________________________________________________</w:t>
      </w:r>
    </w:p>
    <w:p>
      <w:r>
        <w:rPr>
          <w:b/>
          <w:sz w:val="20"/>
        </w:rPr>
        <w:t>Anschrift:</w:t>
      </w:r>
    </w:p>
    <w:p>
      <w:r>
        <w:rPr>
          <w:b w:val="0"/>
          <w:sz w:val="20"/>
        </w:rPr>
        <w:t>____________________________________________________________</w:t>
      </w:r>
    </w:p>
    <w:p/>
    <w:p>
      <w:r>
        <w:rPr>
          <w:b/>
          <w:sz w:val="20"/>
        </w:rPr>
        <w:t>Name des Arbeitgebers / der Arbeitgeberin:</w:t>
      </w:r>
    </w:p>
    <w:p>
      <w:r>
        <w:rPr>
          <w:b w:val="0"/>
          <w:sz w:val="20"/>
        </w:rPr>
        <w:t>____________________________________________________________</w:t>
      </w:r>
    </w:p>
    <w:p>
      <w:r>
        <w:rPr>
          <w:b/>
          <w:sz w:val="20"/>
        </w:rPr>
        <w:t>Anschrift:</w:t>
      </w:r>
    </w:p>
    <w:p>
      <w:r>
        <w:rPr>
          <w:b w:val="0"/>
          <w:sz w:val="20"/>
        </w:rPr>
        <w:t>____________________________________________________________</w:t>
      </w:r>
    </w:p>
    <w:p/>
    <w:p>
      <w:r>
        <w:rPr>
          <w:b/>
          <w:sz w:val="20"/>
        </w:rPr>
        <w:t>§ 1 – Wiedereinstieg nach Elternzeit</w:t>
      </w:r>
    </w:p>
    <w:p>
      <w:r>
        <w:rPr>
          <w:b w:val="0"/>
          <w:sz w:val="20"/>
        </w:rPr>
        <w:t>Der Arbeitnehmer / die Arbeitnehmerin nimmt seine / ihre Tätigkeit nach der Elternzeit wieder auf.</w:t>
      </w:r>
    </w:p>
    <w:p/>
    <w:p>
      <w:r>
        <w:rPr>
          <w:b/>
          <w:sz w:val="20"/>
        </w:rPr>
        <w:t>§ 2 – Beschäftigungsbedingungen</w:t>
      </w:r>
    </w:p>
    <w:p>
      <w:r>
        <w:rPr>
          <w:b w:val="0"/>
          <w:sz w:val="20"/>
        </w:rPr>
        <w:t>Die Beschäftigung erfolgt zu den bisherigen Arbeitsbedingungen, insbesondere im Umfang von _______________ Stunden/Woche und an folgendem Einsatzort:</w:t>
      </w:r>
    </w:p>
    <w:p>
      <w:r>
        <w:rPr>
          <w:b w:val="0"/>
          <w:sz w:val="20"/>
        </w:rPr>
        <w:t>____________________________________________________________</w:t>
      </w:r>
    </w:p>
    <w:p/>
    <w:p>
      <w:r>
        <w:rPr>
          <w:b/>
          <w:sz w:val="20"/>
        </w:rPr>
        <w:t>§ 3 – Beginn des Wiedereinstiegs</w:t>
      </w:r>
    </w:p>
    <w:p>
      <w:r>
        <w:rPr>
          <w:b w:val="0"/>
          <w:sz w:val="20"/>
        </w:rPr>
        <w:t>Der Wiedereinstieg erfolgt am:</w:t>
      </w:r>
    </w:p>
    <w:p>
      <w:r>
        <w:rPr>
          <w:b w:val="0"/>
          <w:sz w:val="20"/>
        </w:rPr>
        <w:t>____________________________________________________________</w:t>
      </w:r>
    </w:p>
    <w:p/>
    <w:p>
      <w:r>
        <w:rPr>
          <w:b/>
          <w:sz w:val="20"/>
        </w:rPr>
        <w:t>§ 4 – Sonstige Vereinbarungen</w:t>
      </w:r>
    </w:p>
    <w:p>
      <w:r>
        <w:rPr>
          <w:b w:val="0"/>
          <w:sz w:val="20"/>
        </w:rPr>
        <w:t>____________________________________________________________</w:t>
      </w:r>
    </w:p>
    <w:p>
      <w:r>
        <w:rPr>
          <w:b w:val="0"/>
          <w:sz w:val="20"/>
        </w:rPr>
        <w:t>____________________________________________________________</w:t>
      </w:r>
    </w:p>
    <w:p/>
    <w:p/>
    <w:p>
      <w:r>
        <w:rPr>
          <w:b w:val="0"/>
          <w:sz w:val="20"/>
        </w:rPr>
        <w:t>Ort: ___________________________________    Datum: 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Arbeitnehmer / Arbeitnehmerin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Arbeitgeber / Arbeitgeberin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https://arbeits-experte.com/bestatigung-wiedereinstieg-nach-elternzeit/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https://arbeits-experte.com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arbeits-experte.com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rbeits-experte.com/bestatigung-wiedereinstieg-nach-elternzeit/" TargetMode="External"/><Relationship Id="rId10" Type="http://schemas.openxmlformats.org/officeDocument/2006/relationships/hyperlink" Target="https://arbeits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