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BESCHEINIGUNG ÜBER EIN UNGEKÜNDIGTES ARBEITSVERHÄLTNIS</w:t>
      </w:r>
    </w:p>
    <w:p/>
    <w:p/>
    <w:p>
      <w:r>
        <w:rPr>
          <w:b/>
          <w:sz w:val="22"/>
        </w:rPr>
        <w:t>Hiermit wird bescheinigt, dass das folgende Arbeitsverhältnis besteht:</w:t>
      </w:r>
    </w:p>
    <w:p/>
    <w:p>
      <w:r>
        <w:rPr>
          <w:b/>
          <w:sz w:val="22"/>
        </w:rPr>
        <w:t>Arbeitnehmer / Arbeitnehmerin:</w:t>
      </w:r>
    </w:p>
    <w:p>
      <w:r>
        <w:rPr>
          <w:b w:val="0"/>
          <w:sz w:val="22"/>
        </w:rPr>
        <w:t>Name: _______________________________________________________________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___________________________________________________________</w:t>
      </w:r>
    </w:p>
    <w:p/>
    <w:p>
      <w:r>
        <w:rPr>
          <w:b/>
          <w:sz w:val="22"/>
        </w:rPr>
        <w:t>Arbeitgeber / Arbeitgeberin:</w:t>
      </w:r>
    </w:p>
    <w:p>
      <w:r>
        <w:rPr>
          <w:b w:val="0"/>
          <w:sz w:val="22"/>
        </w:rPr>
        <w:t>Firma / Name: _________________________________________________________</w:t>
      </w:r>
    </w:p>
    <w:p>
      <w:r>
        <w:rPr>
          <w:b w:val="0"/>
          <w:sz w:val="22"/>
        </w:rPr>
        <w:t>Adresse: ______________________________________________________________</w:t>
      </w:r>
    </w:p>
    <w:p/>
    <w:p>
      <w:r>
        <w:rPr>
          <w:b/>
          <w:sz w:val="22"/>
        </w:rPr>
        <w:t>Beschäftigungsdetails:</w:t>
      </w:r>
    </w:p>
    <w:p>
      <w:r>
        <w:rPr>
          <w:b w:val="0"/>
          <w:sz w:val="22"/>
        </w:rPr>
        <w:t>Position / Tätigkeit: __________________________________________________</w:t>
      </w:r>
    </w:p>
    <w:p>
      <w:r>
        <w:rPr>
          <w:b w:val="0"/>
          <w:sz w:val="22"/>
        </w:rPr>
        <w:t>Beginn des Arbeitsverhältnisses: ______________________________________</w:t>
      </w:r>
    </w:p>
    <w:p>
      <w:r>
        <w:rPr>
          <w:b w:val="0"/>
          <w:sz w:val="22"/>
        </w:rPr>
        <w:t>Derzeitiger Beschäftigungsstatus: ungekündigt</w:t>
      </w:r>
    </w:p>
    <w:p/>
    <w:p>
      <w:r>
        <w:rPr>
          <w:b w:val="0"/>
          <w:sz w:val="22"/>
        </w:rPr>
        <w:t>Diese Bescheinigung dient als Nachweis, dass das oben genannte Arbeitsverhältnis ungekündigt ist und zum Zeitpunkt der Ausstellung besteht.</w:t>
      </w:r>
    </w:p>
    <w:p/>
    <w:p/>
    <w:p>
      <w:r>
        <w:rPr>
          <w:b w:val="0"/>
          <w:sz w:val="22"/>
        </w:rPr>
        <w:t>Diese Bescheinigung wurde auf Wunsch des Arbeitnehmers / der Arbeitnehmerin ausgestellt.</w:t>
      </w:r>
    </w:p>
    <w:p/>
    <w:p/>
    <w:p/>
    <w:p>
      <w:r>
        <w:rPr>
          <w:b w:val="0"/>
          <w:sz w:val="22"/>
        </w:rPr>
        <w:t>Ort: _______________________________    Datum: 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Arbeitgeber / Arbeitgeberin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Arbeitnehmer / Arbeitnehmerin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https://arbeits-experte.com/bescheinigung-ungekundigtes-arbeitsverhaltnis/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bescheinigung-ungekundigtes-arbeitsverhaltnis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