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BESCHEINIGUNG FÜR EINEN MINIJOB</w:t>
      </w:r>
    </w:p>
    <w:p/>
    <w:p/>
    <w:p>
      <w:r>
        <w:rPr>
          <w:b/>
          <w:sz w:val="22"/>
        </w:rPr>
        <w:t>Arbeitgeber:</w:t>
      </w:r>
    </w:p>
    <w:p>
      <w:r>
        <w:rPr>
          <w:b w:val="0"/>
          <w:sz w:val="22"/>
        </w:rPr>
        <w:t>Name: 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</w:t>
      </w:r>
    </w:p>
    <w:p/>
    <w:p>
      <w:r>
        <w:rPr>
          <w:b/>
          <w:sz w:val="22"/>
        </w:rPr>
        <w:t>Arbeitnehmer:</w:t>
      </w:r>
    </w:p>
    <w:p>
      <w:r>
        <w:rPr>
          <w:b w:val="0"/>
          <w:sz w:val="22"/>
        </w:rPr>
        <w:t>Name: 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</w:t>
      </w:r>
    </w:p>
    <w:p/>
    <w:p>
      <w:r>
        <w:rPr>
          <w:b/>
          <w:sz w:val="22"/>
        </w:rPr>
        <w:t>Beschäftigungszeitraum:</w:t>
      </w:r>
    </w:p>
    <w:p>
      <w:r>
        <w:rPr>
          <w:b w:val="0"/>
          <w:sz w:val="22"/>
        </w:rPr>
        <w:t>Von: ______________________  Bis: _________________________________</w:t>
      </w:r>
    </w:p>
    <w:p/>
    <w:p>
      <w:r>
        <w:rPr>
          <w:b/>
          <w:sz w:val="22"/>
        </w:rPr>
        <w:t>Arbeitsumfang und Tätigkeitsbeschreibung:</w:t>
      </w:r>
    </w:p>
    <w:p>
      <w:r>
        <w:rPr>
          <w:b w:val="0"/>
          <w:sz w:val="22"/>
        </w:rPr>
        <w:t>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</w:t>
      </w:r>
    </w:p>
    <w:p/>
    <w:p>
      <w:r>
        <w:rPr>
          <w:b/>
          <w:sz w:val="22"/>
        </w:rPr>
        <w:t>Vergütung:</w:t>
      </w:r>
    </w:p>
    <w:p>
      <w:r>
        <w:rPr>
          <w:b w:val="0"/>
          <w:sz w:val="22"/>
        </w:rPr>
        <w:t>Monatliches Arbeitsentgelt: ___________________________________________</w:t>
      </w:r>
    </w:p>
    <w:p/>
    <w:p>
      <w:r>
        <w:rPr>
          <w:b/>
          <w:sz w:val="22"/>
        </w:rPr>
        <w:t>Erklärung zum Minijob:</w:t>
      </w:r>
    </w:p>
    <w:p>
      <w:r>
        <w:rPr>
          <w:b w:val="0"/>
          <w:sz w:val="22"/>
        </w:rPr>
        <w:t>Hiermit bestätigt der Arbeitgeber, dass es sich bei dem oben genannten Arbeitnehmer um einen geringfügig entlohnten Beschäftigten (Minijob) handelt im Sinne des § 8 Absatz 1 Nr. 1 Sozialgesetzbuch IV (SGB IV). Das monatliche Arbeitsentgelt überschreitet regelmäßig nicht 520 Euro.</w:t>
      </w:r>
    </w:p>
    <w:p/>
    <w:p>
      <w:r>
        <w:rPr>
          <w:b/>
          <w:sz w:val="22"/>
        </w:rPr>
        <w:t>Sozialversicherung:</w:t>
      </w:r>
    </w:p>
    <w:p>
      <w:r>
        <w:rPr>
          <w:b w:val="0"/>
          <w:sz w:val="22"/>
        </w:rPr>
        <w:t>Der Arbeitnehmer ist im Rahmen des Minijobs sozialversicherungsfrei, außer in der Rentenversicherung. Eine Befreiung von der Rentenversicherungspflicht wurde/wurde nicht beantragt.</w:t>
      </w:r>
    </w:p>
    <w:p/>
    <w:p/>
    <w:p>
      <w:r>
        <w:rPr>
          <w:b w:val="0"/>
          <w:sz w:val="22"/>
        </w:rPr>
        <w:t>Ort: ___________________________________________</w:t>
      </w:r>
    </w:p>
    <w:p>
      <w:r>
        <w:rPr>
          <w:b w:val="0"/>
          <w:sz w:val="22"/>
        </w:rPr>
        <w:t>Datum: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https://arbeits-experte.com/bescheinigung-minijob/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bescheinigung-minijob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