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AUFHEBUNGSVERTRAG</w:t>
      </w:r>
    </w:p>
    <w:p/>
    <w:p>
      <w:r>
        <w:rPr>
          <w:b/>
          <w:sz w:val="20"/>
        </w:rPr>
        <w:t>zwischen</w:t>
      </w:r>
    </w:p>
    <w:p>
      <w:r>
        <w:rPr>
          <w:b/>
          <w:sz w:val="20"/>
        </w:rPr>
        <w:t>Arbeitgeber:</w:t>
      </w:r>
    </w:p>
    <w:p>
      <w:r>
        <w:rPr>
          <w:b w:val="0"/>
          <w:sz w:val="20"/>
        </w:rPr>
        <w:t>____________________________________________________________</w:t>
      </w:r>
    </w:p>
    <w:p>
      <w:r>
        <w:rPr>
          <w:b/>
          <w:sz w:val="20"/>
        </w:rPr>
        <w:t>Adresse:</w:t>
      </w:r>
    </w:p>
    <w:p>
      <w:r>
        <w:rPr>
          <w:b w:val="0"/>
          <w:sz w:val="20"/>
        </w:rPr>
        <w:t>____________________________________________________________</w:t>
      </w:r>
    </w:p>
    <w:p/>
    <w:p>
      <w:r>
        <w:rPr>
          <w:b/>
          <w:sz w:val="20"/>
        </w:rPr>
        <w:t>und</w:t>
      </w:r>
    </w:p>
    <w:p>
      <w:r>
        <w:rPr>
          <w:b/>
          <w:sz w:val="20"/>
        </w:rPr>
        <w:t>Arbeitnehmer:</w:t>
      </w:r>
    </w:p>
    <w:p>
      <w:r>
        <w:rPr>
          <w:b w:val="0"/>
          <w:sz w:val="20"/>
        </w:rPr>
        <w:t>____________________________________________________________</w:t>
      </w:r>
    </w:p>
    <w:p>
      <w:r>
        <w:rPr>
          <w:b/>
          <w:sz w:val="20"/>
        </w:rPr>
        <w:t>Adresse:</w:t>
      </w:r>
    </w:p>
    <w:p>
      <w:r>
        <w:rPr>
          <w:b w:val="0"/>
          <w:sz w:val="20"/>
        </w:rPr>
        <w:t>____________________________________________________________</w:t>
      </w:r>
    </w:p>
    <w:p/>
    <w:p>
      <w:r>
        <w:rPr>
          <w:b w:val="0"/>
          <w:sz w:val="20"/>
        </w:rPr>
        <w:t>Die Parteien sind sich einig, das zwischen ihnen bestehende Arbeitsverhältnis einvernehmlich aufzuheben.</w:t>
      </w:r>
    </w:p>
    <w:p/>
    <w:p>
      <w:r>
        <w:rPr>
          <w:b/>
          <w:sz w:val="20"/>
        </w:rPr>
        <w:t>§1 Beendigung des Arbeitsverhältnisses</w:t>
      </w:r>
    </w:p>
    <w:p>
      <w:r>
        <w:rPr>
          <w:b w:val="0"/>
          <w:sz w:val="20"/>
        </w:rPr>
        <w:t>Das Arbeitsverhältnis endet mit Wirkung zum ___________________________.</w:t>
      </w:r>
    </w:p>
    <w:p>
      <w:r>
        <w:rPr>
          <w:b w:val="0"/>
          <w:sz w:val="20"/>
        </w:rPr>
        <w:t>Bis zu diesem Zeitpunkt gelten die vertraglichen Vereinbarungen fort.</w:t>
      </w:r>
    </w:p>
    <w:p/>
    <w:p>
      <w:r>
        <w:rPr>
          <w:b/>
          <w:sz w:val="20"/>
        </w:rPr>
        <w:t>§2 Abwicklung</w:t>
      </w:r>
    </w:p>
    <w:p>
      <w:r>
        <w:rPr>
          <w:b w:val="0"/>
          <w:sz w:val="20"/>
        </w:rPr>
        <w:t>Der Arbeitnehmer verpflichtet sich, bis zum Beendigungszeitpunkt seine vertraglichen Pflichten ordnungsgemäß zu erfüllen.</w:t>
      </w:r>
    </w:p>
    <w:p>
      <w:r>
        <w:rPr>
          <w:b w:val="0"/>
          <w:sz w:val="20"/>
        </w:rPr>
        <w:t>Der Arbeitgeber verpflichtet sich, alle bis zum Beendigungszeitpunkt entstandenen Ansprüche des Arbeitnehmers, insbesondere Lohn, Urlaub, Überstunden und sonstige Vergütungen, vollständig zu erfüllen.</w:t>
      </w:r>
    </w:p>
    <w:p/>
    <w:p>
      <w:r>
        <w:rPr>
          <w:b/>
          <w:sz w:val="20"/>
        </w:rPr>
        <w:t>§3 Urlaubsansprüche</w:t>
      </w:r>
    </w:p>
    <w:p>
      <w:r>
        <w:rPr>
          <w:b w:val="0"/>
          <w:sz w:val="20"/>
        </w:rPr>
        <w:t>Resturlaub, der bis zum Beendigungszeitpunkt nicht genommen wurde, wird abgegolten oder nach Absprache gewährt.</w:t>
      </w:r>
    </w:p>
    <w:p/>
    <w:p>
      <w:r>
        <w:rPr>
          <w:b/>
          <w:sz w:val="20"/>
        </w:rPr>
        <w:t>§4 Freistellung</w:t>
      </w:r>
    </w:p>
    <w:p>
      <w:r>
        <w:rPr>
          <w:b w:val="0"/>
          <w:sz w:val="20"/>
        </w:rPr>
        <w:t>Der Arbeitnehmer wird ab dem ___________________________ unter Fortzahlung der vertraglichen Bezüge von der Arbeitsleistung freigestellt.</w:t>
      </w:r>
    </w:p>
    <w:p/>
    <w:p>
      <w:r>
        <w:rPr>
          <w:b/>
          <w:sz w:val="20"/>
        </w:rPr>
        <w:t>§5 Zeugnis</w:t>
      </w:r>
    </w:p>
    <w:p>
      <w:r>
        <w:rPr>
          <w:b w:val="0"/>
          <w:sz w:val="20"/>
        </w:rPr>
        <w:t>Der Arbeitgeber stellt dem Arbeitnehmer ein wohlwollendes qualifiziertes Arbeitszeugnis aus, das sich auf Führung und Leistung erstreckt.</w:t>
      </w:r>
    </w:p>
    <w:p/>
    <w:p>
      <w:r>
        <w:rPr>
          <w:b/>
          <w:sz w:val="20"/>
        </w:rPr>
        <w:t>§6 Rückgabe von Firmeneigentum</w:t>
      </w:r>
    </w:p>
    <w:p>
      <w:r>
        <w:rPr>
          <w:b w:val="0"/>
          <w:sz w:val="20"/>
        </w:rPr>
        <w:t>Der Arbeitnehmer verpflichtet sich, sämtliche Firmeneigentümer, Arbeitsmittel, Schlüssel, Unterlagen und sonstige Gegenstände bis zum Beendigungsdatum zurückzugeben.</w:t>
      </w:r>
    </w:p>
    <w:p/>
    <w:p>
      <w:r>
        <w:rPr>
          <w:b/>
          <w:sz w:val="20"/>
        </w:rPr>
        <w:t>§7 Schlussbestimmungen</w:t>
      </w:r>
    </w:p>
    <w:p>
      <w:r>
        <w:rPr>
          <w:b w:val="0"/>
          <w:sz w:val="20"/>
        </w:rPr>
        <w:t>Mit Unterzeichnung dieses Vertrages sind sämtliche gegenseitigen Ansprüche aus dem Arbeitsverhältnis und seiner Beendigung abgegolten.</w:t>
      </w:r>
    </w:p>
    <w:p>
      <w:r>
        <w:rPr>
          <w:b w:val="0"/>
          <w:sz w:val="20"/>
        </w:rPr>
        <w:t>Änderungen und Ergänzungen dieses Vertrages bedürfen der Schriftform.</w:t>
      </w:r>
    </w:p>
    <w:p>
      <w:r>
        <w:rPr>
          <w:b w:val="0"/>
          <w:sz w:val="20"/>
        </w:rPr>
        <w:t>Sollten einzelne Bestimmungen dieses Vertrages unwirksam sein oder werden, so bleibt die Wirksamkeit der übrigen Bestimmungen unberührt. Die Parteien verpflichten sich, unwirksame Bestimmungen durch solche zu ersetzen, die dem wirtschaftlichen Zweck am nächsten kommen.</w:t>
      </w:r>
    </w:p>
    <w:p/>
    <w:p/>
    <w:p>
      <w:r>
        <w:rPr>
          <w:b w:val="0"/>
          <w:sz w:val="20"/>
        </w:rPr>
        <w:t>Die Parteien bestätigen mit ihren Unterschriften, den Vertrag gelesen, verstanden und akzeptiert zu haben.</w:t>
      </w:r>
    </w:p>
    <w:p/>
    <w:p/>
    <w:p/>
    <w:tbl>
      <w:tblPr>
        <w:tblW w:type="auto" w:w="0"/>
        <w:tblLayout w:type="fixed"/>
        <w:tblLook w:firstColumn="1" w:firstRow="1" w:lastColumn="0" w:lastRow="0" w:noHBand="0" w:noVBand="1" w:val="04A0"/>
      </w:tblPr>
      <w:tblGrid>
        <w:gridCol w:w="4535"/>
        <w:gridCol w:w="4535"/>
      </w:tblGrid>
      <w:tr>
        <w:tc>
          <w:tcPr>
            <w:tcW w:type="dxa" w:w="4986"/>
          </w:tcPr>
          <w:p>
            <w:pPr>
              <w:jc w:val="center"/>
            </w:pPr>
            <w:r>
              <w:rPr>
                <w:b/>
              </w:rPr>
              <w:t>Arbeitgeber</w:t>
            </w:r>
          </w:p>
        </w:tc>
        <w:tc>
          <w:tcPr>
            <w:tcW w:type="dxa" w:w="4986"/>
          </w:tcPr>
          <w:p>
            <w:pPr>
              <w:jc w:val="center"/>
            </w:pPr>
            <w:r>
              <w:rPr>
                <w:b/>
              </w:rPr>
              <w:t>Arbeitnehmer</w:t>
            </w:r>
          </w:p>
        </w:tc>
      </w:tr>
      <w:tr>
        <w:tc>
          <w:tcPr>
            <w:tcW w:type="dxa" w:w="4986"/>
          </w:tcPr>
          <w:p>
            <w:pPr>
              <w:jc w:val="center"/>
            </w:pPr>
            <w:r>
              <w:t>Datum, Unterschrift</w:t>
              <w:br/>
              <w:br/>
              <w:t>_____________________________</w:t>
            </w:r>
          </w:p>
        </w:tc>
        <w:tc>
          <w:tcPr>
            <w:tcW w:type="dxa" w:w="4986"/>
          </w:tcPr>
          <w:p>
            <w:pPr>
              <w:jc w:val="center"/>
            </w:pPr>
            <w:r>
              <w:t>Datum, Unterschrift</w:t>
              <w:br/>
              <w:br/>
              <w:t>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https://arbeits-experte.com/aufhebungsvertrag-wegen-neuem-job/</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https://arbeits-experte.com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arbeits-experte.com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rbeits-experte.com/aufhebungsvertrag-wegen-neuem-job/" TargetMode="External"/><Relationship Id="rId10" Type="http://schemas.openxmlformats.org/officeDocument/2006/relationships/hyperlink" Target="https://arbeits-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