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ARBEITSBESCHEINIGUNG VOM ARBEITGEBER ANFORDERN</w:t>
      </w:r>
    </w:p>
    <w:p/>
    <w:p/>
    <w:p>
      <w:r>
        <w:rPr>
          <w:b/>
          <w:sz w:val="22"/>
        </w:rPr>
        <w:t>Hiermit bestätigen wir, dass der/die Arbeitnehmer/in</w:t>
      </w:r>
    </w:p>
    <w:p/>
    <w:p>
      <w:r>
        <w:rPr>
          <w:b w:val="0"/>
          <w:sz w:val="22"/>
        </w:rPr>
        <w:t>Name: 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</w:t>
      </w:r>
    </w:p>
    <w:p>
      <w:r>
        <w:rPr>
          <w:b w:val="0"/>
          <w:sz w:val="22"/>
        </w:rPr>
        <w:t>Anschrift: __________________________________________________________</w:t>
      </w:r>
    </w:p>
    <w:p/>
    <w:p>
      <w:r>
        <w:rPr>
          <w:b/>
          <w:sz w:val="22"/>
        </w:rPr>
        <w:t>im Zeitraum vom _______________ bis _______________ bei uns beschäftigt war.</w:t>
      </w:r>
    </w:p>
    <w:p/>
    <w:p>
      <w:r>
        <w:rPr>
          <w:b/>
          <w:sz w:val="22"/>
        </w:rPr>
        <w:t>Tätigkeitsbeschreibung: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>
      <w:r>
        <w:rPr>
          <w:b/>
          <w:sz w:val="22"/>
        </w:rPr>
        <w:t>Art des Arbeitsverhältnisses (z.B. Vollzeit, Teilzeit, befristet):</w:t>
      </w:r>
    </w:p>
    <w:p>
      <w:r>
        <w:rPr>
          <w:b w:val="0"/>
          <w:sz w:val="22"/>
        </w:rPr>
        <w:t>________________________________________________________________________</w:t>
      </w:r>
    </w:p>
    <w:p/>
    <w:p>
      <w:r>
        <w:rPr>
          <w:b w:val="0"/>
          <w:sz w:val="22"/>
        </w:rPr>
        <w:t>Arbeitszeit (wöchentlich): ______________________________________________</w:t>
      </w:r>
    </w:p>
    <w:p/>
    <w:p>
      <w:r>
        <w:rPr>
          <w:b w:val="0"/>
          <w:sz w:val="22"/>
        </w:rPr>
        <w:t>Letztes Bruttogehalt: __________________________________________________</w:t>
      </w:r>
    </w:p>
    <w:p/>
    <w:p>
      <w:r>
        <w:rPr>
          <w:b w:val="0"/>
          <w:sz w:val="22"/>
        </w:rPr>
        <w:t>Sozialversicherungsnummer: _____________________________________________</w:t>
      </w:r>
    </w:p>
    <w:p/>
    <w:p>
      <w:r>
        <w:rPr>
          <w:b/>
          <w:sz w:val="22"/>
        </w:rPr>
        <w:t>Wir bestätigen, dass der/die Arbeitnehmer/in ordnungsgemäß bei uns beschäftigt war und alle sozialversicherungsrechtlichen Pflichten erfüllt wurden.</w:t>
      </w:r>
    </w:p>
    <w:p/>
    <w:p/>
    <w:p>
      <w:r>
        <w:rPr>
          <w:b/>
          <w:sz w:val="22"/>
        </w:rPr>
        <w:t>Diese Bescheinigung wird auf Wunsch des Arbeitnehmers/der Arbeitnehmerin ausgestellt und dient als Nachweis für die Beschäftigung.</w:t>
      </w:r>
    </w:p>
    <w:p/>
    <w:p/>
    <w:p/>
    <w:p>
      <w:r>
        <w:rPr>
          <w:b w:val="0"/>
          <w:sz w:val="22"/>
        </w:rPr>
        <w:t>Ort: ____________________________________________    Datum: 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https://arbeits-experte.com/arbeitsbescheinigung-vom-arbeitgeber-anfordern/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arbeitsbescheinigung-vom-arbeitgeber-anfordern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