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ARBEITSBERICHT</w:t>
      </w:r>
    </w:p>
    <w:p/>
    <w:p/>
    <w:p>
      <w:r>
        <w:rPr>
          <w:b/>
          <w:sz w:val="24"/>
        </w:rPr>
        <w:t>Auftraggeber / Firma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Mitarbeiter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Auftragsbeschreibung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Arbeitszeit (von – bis)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Tätigkeitsbeschreibung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Verwendete Materialien und Geräte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Besonderheiten / Anmerkungen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/ Vertreter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leserlich): 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(bitte leserlich): 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https://arbeits-experte.com/arbeitsbericht/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rbeitsbericht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