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ARBEITGEBERBESCHEINIGUNG FÜR DIE HORTBETREUUNG</w:t>
      </w:r>
    </w:p>
    <w:p/>
    <w:p/>
    <w:p>
      <w:r>
        <w:rPr>
          <w:b/>
          <w:sz w:val="22"/>
        </w:rPr>
        <w:t>Arbeitgeber:</w:t>
      </w:r>
    </w:p>
    <w:p>
      <w:r>
        <w:rPr>
          <w:b w:val="0"/>
          <w:sz w:val="22"/>
        </w:rPr>
        <w:t>Firma / Einrichtung: 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____________________________________________________________________</w:t>
      </w:r>
    </w:p>
    <w:p>
      <w:r>
        <w:rPr>
          <w:b w:val="0"/>
          <w:sz w:val="22"/>
        </w:rPr>
        <w:t>Telefon: ______________________________________________________________________</w:t>
      </w:r>
    </w:p>
    <w:p/>
    <w:p>
      <w:r>
        <w:rPr>
          <w:b/>
          <w:sz w:val="22"/>
        </w:rPr>
        <w:t>Arbeitnehmer:</w:t>
      </w:r>
    </w:p>
    <w:p>
      <w:r>
        <w:rPr>
          <w:b w:val="0"/>
          <w:sz w:val="22"/>
        </w:rPr>
        <w:t>Name, Vorname: ________________________________________________________________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_________________________________________________________________</w:t>
      </w:r>
    </w:p>
    <w:p/>
    <w:p>
      <w:r>
        <w:rPr>
          <w:b/>
          <w:sz w:val="22"/>
        </w:rPr>
        <w:t>Beschäftigungszeitraum:</w:t>
      </w:r>
    </w:p>
    <w:p>
      <w:r>
        <w:rPr>
          <w:b w:val="0"/>
          <w:sz w:val="22"/>
        </w:rPr>
        <w:t>Von: ___________________________  Bis: ___________________________</w:t>
      </w:r>
    </w:p>
    <w:p/>
    <w:p>
      <w:r>
        <w:rPr>
          <w:b/>
          <w:sz w:val="22"/>
        </w:rPr>
        <w:t>Arbeitszeit (wöchentlich):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>
      <w:r>
        <w:rPr>
          <w:b/>
          <w:sz w:val="22"/>
        </w:rPr>
        <w:t>Beschäftigungsart: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>
      <w:r>
        <w:rPr>
          <w:b/>
          <w:sz w:val="22"/>
        </w:rPr>
        <w:t>Bestätigung:</w:t>
      </w:r>
    </w:p>
    <w:p>
      <w:r>
        <w:rPr>
          <w:b w:val="0"/>
          <w:sz w:val="22"/>
        </w:rPr>
        <w:t>Hiermit wird bescheinigt, dass der/die oben genannte Arbeitnehmer/in aufgrund seiner/ihrer beruflichen Tätigkeit eine Hortbetreuung für das Kind benötigt.</w:t>
      </w:r>
    </w:p>
    <w:p/>
    <w:p>
      <w:r>
        <w:rPr>
          <w:b/>
          <w:sz w:val="22"/>
        </w:rPr>
        <w:t>Kind:</w:t>
      </w:r>
    </w:p>
    <w:p>
      <w:r>
        <w:rPr>
          <w:b w:val="0"/>
          <w:sz w:val="22"/>
        </w:rPr>
        <w:t>Name, Vorname: ________________________________________________________________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_________________________________________________________________</w:t>
      </w:r>
    </w:p>
    <w:p/>
    <w:p>
      <w:r>
        <w:rPr>
          <w:b/>
          <w:sz w:val="22"/>
        </w:rPr>
        <w:t>Zusätzliche Angaben zur Arbeitszeit (optional):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/>
    <w:p>
      <w:r>
        <w:rPr>
          <w:b w:val="0"/>
          <w:sz w:val="22"/>
        </w:rPr>
        <w:t>Ort: _______________________________________</w:t>
      </w:r>
    </w:p>
    <w:p>
      <w:r>
        <w:rPr>
          <w:b w:val="0"/>
          <w:sz w:val="22"/>
        </w:rPr>
        <w:t>Datum: 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 / Dienststelle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Dienstsiegel / Stempel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https://arbeits-experte.com/arbeitgeberbescheinigung-hort/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arbeitgeberbescheinigung-hort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