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ARBEITGEBERBESCHEINIGUNG</w:t>
      </w:r>
    </w:p>
    <w:p/>
    <w:p/>
    <w:p>
      <w:r>
        <w:rPr>
          <w:b w:val="0"/>
          <w:sz w:val="22"/>
        </w:rPr>
        <w:t>Hiermit bescheinigt der Arbeitgeber die Beschäftigung des unten genannten Mitarbeiters/der unten genannten Mitarbeiterin.</w:t>
      </w:r>
    </w:p>
    <w:p/>
    <w:p>
      <w:r>
        <w:rPr>
          <w:b/>
          <w:sz w:val="22"/>
        </w:rPr>
        <w:t>Arbeitgeber:</w:t>
      </w:r>
    </w:p>
    <w:p>
      <w:r>
        <w:rPr>
          <w:b w:val="0"/>
          <w:sz w:val="22"/>
        </w:rPr>
        <w:t>Firmenname: _______________________________________________________</w:t>
      </w:r>
    </w:p>
    <w:p>
      <w:r>
        <w:rPr>
          <w:b w:val="0"/>
          <w:sz w:val="22"/>
        </w:rPr>
        <w:t>Anschrift: _________________________________________________________</w:t>
      </w:r>
    </w:p>
    <w:p>
      <w:r>
        <w:rPr>
          <w:b w:val="0"/>
          <w:sz w:val="22"/>
        </w:rPr>
        <w:t>Telefon: 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</w:t>
      </w:r>
    </w:p>
    <w:p/>
    <w:p>
      <w:r>
        <w:rPr>
          <w:b/>
          <w:sz w:val="22"/>
        </w:rPr>
        <w:t>Beschäftigter / Beschäftigte:</w:t>
      </w:r>
    </w:p>
    <w:p>
      <w:r>
        <w:rPr>
          <w:b w:val="0"/>
          <w:sz w:val="22"/>
        </w:rPr>
        <w:t>Name, Vorname: ____________________________________________________</w:t>
      </w:r>
    </w:p>
    <w:p>
      <w:r>
        <w:rPr>
          <w:b w:val="0"/>
          <w:sz w:val="22"/>
        </w:rPr>
        <w:t>Geburtsdatum: ______________________________________________________</w:t>
      </w:r>
    </w:p>
    <w:p>
      <w:r>
        <w:rPr>
          <w:b w:val="0"/>
          <w:sz w:val="22"/>
        </w:rPr>
        <w:t>Anschrift: _________________________________________________________</w:t>
      </w:r>
    </w:p>
    <w:p/>
    <w:p>
      <w:r>
        <w:rPr>
          <w:b/>
          <w:sz w:val="22"/>
        </w:rPr>
        <w:t>Beschäftigungsdaten:</w:t>
      </w:r>
    </w:p>
    <w:p>
      <w:r>
        <w:rPr>
          <w:b w:val="0"/>
          <w:sz w:val="22"/>
        </w:rPr>
        <w:t>Art der Beschäftigung: ______________________________________________</w:t>
      </w:r>
    </w:p>
    <w:p>
      <w:r>
        <w:rPr>
          <w:b w:val="0"/>
          <w:sz w:val="22"/>
        </w:rPr>
        <w:t>Beginn der Beschäftigung: ___________________________________________</w:t>
      </w:r>
    </w:p>
    <w:p>
      <w:r>
        <w:rPr>
          <w:b w:val="0"/>
          <w:sz w:val="22"/>
        </w:rPr>
        <w:t>Voraussichtliche Dauer der Beschäftigung: ___________________________</w:t>
      </w:r>
    </w:p>
    <w:p>
      <w:r>
        <w:rPr>
          <w:b w:val="0"/>
          <w:sz w:val="22"/>
        </w:rPr>
        <w:t>Arbeitszeit (Stunden/Woche): ________________________________________</w:t>
      </w:r>
    </w:p>
    <w:p>
      <w:r>
        <w:rPr>
          <w:b w:val="0"/>
          <w:sz w:val="22"/>
        </w:rPr>
        <w:t>Tätigkeitsbeschreibung: ____________________________________________</w:t>
      </w:r>
    </w:p>
    <w:p/>
    <w:p>
      <w:r>
        <w:rPr>
          <w:b/>
          <w:sz w:val="22"/>
        </w:rPr>
        <w:t>Entgelt:</w:t>
      </w:r>
    </w:p>
    <w:p>
      <w:r>
        <w:rPr>
          <w:b w:val="0"/>
          <w:sz w:val="22"/>
        </w:rPr>
        <w:t>Monatliches Bruttogehalt: _________________________________________</w:t>
      </w:r>
    </w:p>
    <w:p>
      <w:r>
        <w:rPr>
          <w:b w:val="0"/>
          <w:sz w:val="22"/>
        </w:rPr>
        <w:t>Sonstige Leistungen: _______________________________________________</w:t>
      </w:r>
    </w:p>
    <w:p/>
    <w:p/>
    <w:p>
      <w:r>
        <w:rPr>
          <w:b/>
          <w:sz w:val="22"/>
        </w:rPr>
        <w:t>Diese Bescheinigung wird auf Wunsch des Arbeitnehmers/der Arbeitnehmerin für die Vorlage bei der Ausländerbehörde Frankfurt am Main ausgestellt.</w:t>
      </w:r>
    </w:p>
    <w:p/>
    <w:p/>
    <w:p/>
    <w:p>
      <w:r>
        <w:rPr>
          <w:b w:val="0"/>
          <w:sz w:val="22"/>
        </w:rPr>
        <w:t>Ort: 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Unterschrift 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Unterschrift 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https://arbeits-experte.com/arbeitgeberbescheinigung-auslanderbehorde-frankfurt/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arbeitgeberbescheinigung-auslanderbehorde-frankfurt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