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ANTRAG AUF MEHRARBEIT</w:t>
      </w:r>
    </w:p>
    <w:p/>
    <w:p/>
    <w:p>
      <w:r>
        <w:rPr>
          <w:b/>
          <w:sz w:val="22"/>
        </w:rPr>
        <w:t>Angaben zum Antragsteller: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Abteilung / Einsatzbereich: ___________________________________________</w:t>
      </w:r>
    </w:p>
    <w:p>
      <w:r>
        <w:rPr>
          <w:b w:val="0"/>
          <w:sz w:val="22"/>
        </w:rPr>
        <w:t>Position / Funktion: __________________________________________________</w:t>
      </w:r>
    </w:p>
    <w:p/>
    <w:p>
      <w:r>
        <w:rPr>
          <w:b/>
          <w:sz w:val="22"/>
        </w:rPr>
        <w:t>Angaben zum Betriebsrat:</w:t>
      </w:r>
    </w:p>
    <w:p>
      <w:r>
        <w:rPr>
          <w:b w:val="0"/>
          <w:sz w:val="22"/>
        </w:rPr>
        <w:t>Betriebsratsmitglied: ________________________________________________</w:t>
      </w:r>
    </w:p>
    <w:p>
      <w:r>
        <w:rPr>
          <w:b w:val="0"/>
          <w:sz w:val="22"/>
        </w:rPr>
        <w:t>Funktion im Betriebsrat: ______________________________________________</w:t>
      </w:r>
    </w:p>
    <w:p/>
    <w:p>
      <w:r>
        <w:rPr>
          <w:b/>
          <w:sz w:val="22"/>
        </w:rPr>
        <w:t>Zeitraum der beantragten Mehrarbeit:</w:t>
      </w:r>
    </w:p>
    <w:p>
      <w:r>
        <w:rPr>
          <w:b w:val="0"/>
          <w:sz w:val="22"/>
        </w:rPr>
        <w:t>Von: ____________________    Bis: ____________________</w:t>
      </w:r>
    </w:p>
    <w:p/>
    <w:p>
      <w:r>
        <w:rPr>
          <w:b/>
          <w:sz w:val="22"/>
        </w:rPr>
        <w:t>Beschreibung der Mehrarbeit / Gründe: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/>
          <w:sz w:val="22"/>
        </w:rPr>
        <w:t>Anzahl der beantragten Mehrarbeitsstunden: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/>
          <w:sz w:val="22"/>
        </w:rPr>
        <w:t>Rechtliche Grundlage:</w:t>
      </w:r>
    </w:p>
    <w:p>
      <w:r>
        <w:rPr>
          <w:b w:val="0"/>
          <w:sz w:val="22"/>
        </w:rPr>
        <w:t>Die beantragte Mehrarbeit erfolgt auf Grundlage der §§ 87 Abs. 1 Nr. 3 BetrVG sowie den einschlägigen Tarifverträgen und Betriebsvereinbarungen.</w:t>
      </w:r>
    </w:p>
    <w:p/>
    <w:p>
      <w:r>
        <w:rPr>
          <w:b/>
          <w:sz w:val="22"/>
        </w:rPr>
        <w:t>Zustimmung des Betriebsrats:</w:t>
      </w:r>
    </w:p>
    <w:p>
      <w:r>
        <w:rPr>
          <w:b w:val="0"/>
          <w:sz w:val="22"/>
        </w:rPr>
        <w:t>Der Betriebsrat erklärt hiermit seine Zustimmung zur beantragten Mehrarbeit gemäß den gesetzlichen und tariflichen Bestimmungen.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Antragsteller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Betriebsrat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Name: ________________________________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Datum: _______________________________</w:t>
            </w:r>
          </w:p>
        </w:tc>
      </w:tr>
    </w:tbl>
    <w:p/>
    <w:p/>
    <w:p>
      <w:r>
        <w:rPr>
          <w:b/>
          <w:sz w:val="22"/>
        </w:rPr>
        <w:t>Hinweis zum Datenschutz:</w:t>
      </w:r>
    </w:p>
    <w:p>
      <w:r>
        <w:rPr>
          <w:b w:val="0"/>
          <w:sz w:val="22"/>
        </w:rPr>
        <w:t>Die im Antrag angegebenen Daten werden ausschließlich zur Bearbeitung des Antrags verwendet und gemäß DSGVO vertraulich behandelt.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https://arbeits-experte.com/antrag-mehrarbeit-betriebsrat/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antrag-mehrarbeit-betriebsrat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