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ANTRAG AUF WEITERBESCHÄFTIGUNG IM ÖFFENTLICHEN DIENST</w:t>
      </w:r>
    </w:p>
    <w:p/>
    <w:p/>
    <w:p>
      <w:r>
        <w:rPr>
          <w:b/>
          <w:sz w:val="22"/>
        </w:rPr>
        <w:t>Name des Antragstellers:</w:t>
      </w:r>
    </w:p>
    <w:p>
      <w:r>
        <w:rPr>
          <w:b w:val="0"/>
          <w:sz w:val="22"/>
        </w:rPr>
        <w:t>______________________________________________________________</w:t>
      </w:r>
    </w:p>
    <w:p>
      <w:r>
        <w:rPr>
          <w:b/>
          <w:sz w:val="22"/>
        </w:rPr>
        <w:t>Dienststelle / Behörde:</w:t>
      </w:r>
    </w:p>
    <w:p>
      <w:r>
        <w:rPr>
          <w:b w:val="0"/>
          <w:sz w:val="22"/>
        </w:rPr>
        <w:t>______________________________________________________________</w:t>
      </w:r>
    </w:p>
    <w:p>
      <w:r>
        <w:rPr>
          <w:b/>
          <w:sz w:val="22"/>
        </w:rPr>
        <w:t>Funktion / Tätigkeit:</w:t>
      </w:r>
    </w:p>
    <w:p>
      <w:r>
        <w:rPr>
          <w:b w:val="0"/>
          <w:sz w:val="22"/>
        </w:rPr>
        <w:t>______________________________________________________________</w:t>
      </w:r>
    </w:p>
    <w:p/>
    <w:p>
      <w:r>
        <w:rPr>
          <w:b/>
          <w:sz w:val="22"/>
        </w:rPr>
        <w:t>Geburtsdatum:</w:t>
      </w:r>
    </w:p>
    <w:p>
      <w:r>
        <w:rPr>
          <w:b w:val="0"/>
          <w:sz w:val="22"/>
        </w:rPr>
        <w:t>______________________________________________________________</w:t>
      </w:r>
    </w:p>
    <w:p>
      <w:r>
        <w:rPr>
          <w:b/>
          <w:sz w:val="22"/>
        </w:rPr>
        <w:t>Dienstbeginn im öffentlichen Dienst:</w:t>
      </w:r>
    </w:p>
    <w:p>
      <w:r>
        <w:rPr>
          <w:b w:val="0"/>
          <w:sz w:val="22"/>
        </w:rPr>
        <w:t>______________________________________________________________</w:t>
      </w:r>
    </w:p>
    <w:p>
      <w:r>
        <w:rPr>
          <w:b/>
          <w:sz w:val="22"/>
        </w:rPr>
        <w:t>Bisherige Befristung (falls zutreffend):</w:t>
      </w:r>
    </w:p>
    <w:p>
      <w:r>
        <w:rPr>
          <w:b w:val="0"/>
          <w:sz w:val="22"/>
        </w:rPr>
        <w:t>______________________________________________________________</w:t>
      </w:r>
    </w:p>
    <w:p/>
    <w:p>
      <w:r>
        <w:rPr>
          <w:b/>
          <w:sz w:val="22"/>
        </w:rPr>
        <w:t>Sehr geehrte Damen und Herren,</w:t>
      </w:r>
    </w:p>
    <w:p/>
    <w:p>
      <w:r>
        <w:rPr>
          <w:b w:val="0"/>
          <w:sz w:val="22"/>
        </w:rPr>
        <w:t>hiermit beantrage ich die Weiterbeschäftigung im öffentlichen Dienst über das bisherige Befristungsende hinaus. Die Weiterbeschäftigung ist erforderlich, um die nahtlose Fortsetzung meiner Tätigkeit sicherzustellen und die anstehenden Aufgaben weiterhin zuverlässig zu erfüllen.</w:t>
      </w:r>
    </w:p>
    <w:p/>
    <w:p>
      <w:r>
        <w:rPr>
          <w:b w:val="0"/>
          <w:sz w:val="22"/>
        </w:rPr>
        <w:t>Ich bitte um Prüfung und positive Entscheidung über meinen Antrag.</w:t>
      </w:r>
    </w:p>
    <w:p/>
    <w:p/>
    <w:p>
      <w:r>
        <w:rPr>
          <w:b/>
          <w:sz w:val="22"/>
        </w:rPr>
        <w:t>Hinweis:</w:t>
      </w:r>
    </w:p>
    <w:p>
      <w:r>
        <w:rPr>
          <w:b w:val="0"/>
          <w:sz w:val="22"/>
        </w:rPr>
        <w:t>Dieser Antrag erfolgt auf Grundlage der geltenden Vorschriften des öffentlichen Dienstrechts, insbesondere unter Berücksichtigung der §§ 6 und 7 TzBfG sowie der einschlägigen Landes- und Bundesregelungen.</w:t>
      </w:r>
    </w:p>
    <w:p/>
    <w:p/>
    <w:p>
      <w:r>
        <w:rPr>
          <w:b/>
          <w:sz w:val="22"/>
        </w:rPr>
        <w:t>Ort:</w:t>
      </w:r>
    </w:p>
    <w:p>
      <w:r>
        <w:rPr>
          <w:b w:val="0"/>
          <w:sz w:val="22"/>
        </w:rPr>
        <w:t>______________________________________________________________</w:t>
      </w:r>
    </w:p>
    <w:p>
      <w:r>
        <w:rPr>
          <w:b/>
          <w:sz w:val="22"/>
        </w:rPr>
        <w:t>Unterschrift Antragsteller:</w:t>
      </w:r>
    </w:p>
    <w:p>
      <w:r>
        <w:rPr>
          <w:b w:val="0"/>
          <w:sz w:val="22"/>
        </w:rPr>
        <w:t>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Dienststelle / Behörde</w:t>
            </w:r>
          </w:p>
        </w:tc>
        <w:tc>
          <w:tcPr>
            <w:tcW w:type="dxa" w:w="4986"/>
            <w:tcBorders>
              <w:top w:val="nil"/>
              <w:left w:val="nil"/>
              <w:bottom w:val="nil"/>
              <w:right w:val="nil"/>
              <w:insideH w:val="nil"/>
              <w:insideV w:val="nil"/>
            </w:tcBorders>
          </w:tcPr>
          <w:p>
            <w:pPr>
              <w:jc w:val="center"/>
            </w:pPr>
            <w:r>
              <w:t>Verwaltungsleitung</w:t>
            </w:r>
          </w:p>
        </w:tc>
      </w:tr>
      <w:tr>
        <w:tc>
          <w:tcPr>
            <w:tcW w:type="dxa" w:w="4986"/>
            <w:tcBorders>
              <w:top w:val="nil"/>
              <w:left w:val="nil"/>
              <w:bottom w:val="nil"/>
              <w:right w:val="nil"/>
              <w:insideH w:val="nil"/>
              <w:insideV w:val="nil"/>
            </w:tcBorders>
          </w:tcPr>
          <w:p>
            <w:pPr>
              <w:jc w:val="center"/>
            </w:pPr>
            <w:r>
              <w:br/>
              <w:br/>
              <w:t>Datum:</w:t>
            </w:r>
          </w:p>
        </w:tc>
        <w:tc>
          <w:tcPr>
            <w:tcW w:type="dxa" w:w="4986"/>
            <w:tcBorders>
              <w:top w:val="nil"/>
              <w:left w:val="nil"/>
              <w:bottom w:val="nil"/>
              <w:right w:val="nil"/>
              <w:insideH w:val="nil"/>
              <w:insideV w:val="nil"/>
            </w:tcBorders>
          </w:tcPr>
          <w:p>
            <w:pPr>
              <w:jc w:val="center"/>
            </w:pPr>
            <w:r>
              <w:br/>
              <w:br/>
              <w:t>Datum:</w:t>
            </w:r>
          </w:p>
        </w:tc>
      </w:tr>
      <w:tr>
        <w:tc>
          <w:tcPr>
            <w:tcW w:type="dxa" w:w="4986"/>
            <w:tcBorders>
              <w:top w:val="nil"/>
              <w:left w:val="nil"/>
              <w:bottom w:val="nil"/>
              <w:right w:val="nil"/>
              <w:insideH w:val="nil"/>
              <w:insideV w:val="nil"/>
            </w:tcBorders>
          </w:tcPr>
          <w:p>
            <w:pPr>
              <w:jc w:val="center"/>
            </w:pPr>
            <w:r>
              <w:t>Unterschrift:</w:t>
            </w:r>
          </w:p>
        </w:tc>
        <w:tc>
          <w:tcPr>
            <w:tcW w:type="dxa" w:w="4986"/>
            <w:tcBorders>
              <w:top w:val="nil"/>
              <w:left w:val="nil"/>
              <w:bottom w:val="nil"/>
              <w:right w:val="nil"/>
              <w:insideH w:val="nil"/>
              <w:insideV w:val="nil"/>
            </w:tcBorders>
          </w:tcPr>
          <w:p>
            <w:pPr>
              <w:jc w:val="center"/>
            </w:pPr>
            <w:r>
              <w:t>Unterschrift:</w:t>
            </w:r>
          </w:p>
        </w:tc>
      </w:tr>
    </w:tbl>
    <w:p>
      <w:r>
        <w:br w:type="page"/>
      </w:r>
    </w:p>
    <w:p>
      <w:pPr>
        <w:jc w:val="center"/>
      </w:pPr>
      <w:r>
        <w:rPr>
          <w:color w:val="555555"/>
          <w:sz w:val="24"/>
        </w:rPr>
        <w:t>Originalquelle dieses Dokuments:</w:t>
      </w:r>
    </w:p>
    <w:p>
      <w:pPr>
        <w:jc w:val="center"/>
      </w:pPr>
      <w:hyperlink r:id="rId9">
        <w:r>
          <w:rPr>
            <w:color w:val="0000FF"/>
            <w:u w:val="single"/>
          </w:rPr>
          <w:t>https://arbeits-experte.com/antrag-auf-weiterbeschaftigung-offentlicher-dienst/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antrag-auf-weiterbeschaftigung-offentlicher-dienst/"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