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ANTRAG AUF DIENSTZEITVERKÜRZUNG</w:t>
      </w:r>
    </w:p>
    <w:p/>
    <w:p/>
    <w:p>
      <w:r>
        <w:rPr>
          <w:b/>
          <w:sz w:val="22"/>
        </w:rPr>
        <w:t>Name des Antragstellers: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/>
          <w:sz w:val="22"/>
        </w:rPr>
        <w:t>Dienststelle: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/>
          <w:sz w:val="22"/>
        </w:rPr>
        <w:t>Dienstgrad / Position: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/>
          <w:sz w:val="22"/>
        </w:rPr>
        <w:t>Personalnummer:</w:t>
      </w:r>
    </w:p>
    <w:p>
      <w:r>
        <w:rPr>
          <w:b w:val="0"/>
          <w:sz w:val="22"/>
        </w:rPr>
        <w:t>_____________________________________________________________</w:t>
      </w:r>
    </w:p>
    <w:p/>
    <w:p/>
    <w:p>
      <w:r>
        <w:rPr>
          <w:b/>
          <w:sz w:val="22"/>
        </w:rPr>
        <w:t>Anschrift des Antragstellers: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_____________________________________________________________</w:t>
      </w:r>
    </w:p>
    <w:p/>
    <w:p/>
    <w:p>
      <w:r>
        <w:rPr>
          <w:b/>
          <w:sz w:val="24"/>
        </w:rPr>
        <w:t>Antrag auf Verkürzung der Dienstzeit</w:t>
      </w:r>
    </w:p>
    <w:p>
      <w:r>
        <w:rPr>
          <w:b w:val="0"/>
          <w:sz w:val="22"/>
        </w:rPr>
        <w:t>Hiermit beantrage ich die Verkürzung meiner Dienstzeit aus folgendem Grund: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/>
          <w:sz w:val="22"/>
        </w:rPr>
        <w:t>Rechtsgrundlage (§§ und Regelungen):</w:t>
      </w:r>
    </w:p>
    <w:p>
      <w:r>
        <w:rPr>
          <w:b w:val="0"/>
          <w:sz w:val="22"/>
        </w:rPr>
        <w:t>______________________________________________________________________________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______________________________________________________________________________</w:t>
      </w:r>
    </w:p>
    <w:p/>
    <w:p/>
    <w:p>
      <w:r>
        <w:rPr>
          <w:b/>
          <w:sz w:val="22"/>
        </w:rPr>
        <w:t>Gewünschtes Ende der Dienstzeit:</w:t>
      </w:r>
    </w:p>
    <w:p>
      <w:r>
        <w:rPr>
          <w:b w:val="0"/>
          <w:sz w:val="22"/>
        </w:rPr>
        <w:t>_____________________________________________________________</w:t>
      </w:r>
    </w:p>
    <w:p/>
    <w:p/>
    <w:p>
      <w:r>
        <w:rPr>
          <w:b w:val="0"/>
          <w:sz w:val="22"/>
        </w:rPr>
        <w:t>Mit meiner Unterschrift bestätige ich, dass alle Angaben wahrheitsgemäß und vollständig sind.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/>
    <w:p/>
    <w:p>
      <w:r>
        <w:rPr>
          <w:b/>
          <w:sz w:val="22"/>
        </w:rPr>
        <w:t>Dienststelle / Bearbeitung: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_____________________________________________________________</w:t>
      </w:r>
    </w:p>
    <w:p>
      <w:r>
        <w:rPr>
          <w:b w:val="0"/>
          <w:sz w:val="22"/>
        </w:rPr>
        <w:t>_____________________________________________________________</w:t>
      </w:r>
    </w:p>
    <w:p/>
    <w:p/>
    <w:p/>
    <w:tbl>
      <w:tblPr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Ort: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Datum: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Unterschrift Dienststelle / Vorgesetzter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https://arbeits-experte.com/antrag-auf-dienstzeitverkurzung/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antrag-auf-dienstzeitverkurzung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