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ÄNDERUNGSVERTRAG ZUM ARBEITSVERTRAG</w:t>
      </w:r>
    </w:p>
    <w:p/>
    <w:p/>
    <w:p>
      <w:r>
        <w:rPr>
          <w:b/>
          <w:sz w:val="22"/>
        </w:rPr>
        <w:t>zwischen</w:t>
      </w:r>
    </w:p>
    <w:p>
      <w:r>
        <w:rPr>
          <w:b w:val="0"/>
          <w:sz w:val="22"/>
        </w:rPr>
        <w:t>Arbeitgeber: 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</w:t>
      </w:r>
    </w:p>
    <w:p/>
    <w:p>
      <w:r>
        <w:rPr>
          <w:b/>
          <w:sz w:val="22"/>
        </w:rPr>
        <w:t>und</w:t>
      </w:r>
    </w:p>
    <w:p>
      <w:r>
        <w:rPr>
          <w:b w:val="0"/>
          <w:sz w:val="22"/>
        </w:rPr>
        <w:t>Arbeitnehmer: 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</w:t>
      </w:r>
    </w:p>
    <w:p/>
    <w:p/>
    <w:p>
      <w:r>
        <w:rPr>
          <w:b/>
          <w:sz w:val="22"/>
        </w:rPr>
        <w:t>Präambel</w:t>
      </w:r>
    </w:p>
    <w:p>
      <w:r>
        <w:rPr>
          <w:b w:val="0"/>
          <w:sz w:val="22"/>
        </w:rPr>
        <w:t>Die Parteien schließen diesen Änderungsvertrag zum bestehenden Arbeitsvertrag, um einvernehmlich einzelne Bedingungen des Arbeitsverhältnisses zu ändern.</w:t>
      </w:r>
    </w:p>
    <w:p/>
    <w:p/>
    <w:p>
      <w:r>
        <w:rPr>
          <w:b/>
          <w:sz w:val="22"/>
        </w:rPr>
        <w:t>§ 1 – Vertragsgegenstand</w:t>
      </w:r>
    </w:p>
    <w:p>
      <w:r>
        <w:rPr>
          <w:b w:val="0"/>
          <w:sz w:val="22"/>
        </w:rPr>
        <w:t>Dieser Änderungsvertrag ergänzt den Arbeitsvertrag vom ________________________ und ändert folgende Regelungen:</w:t>
      </w:r>
    </w:p>
    <w:p/>
    <w:p>
      <w:r>
        <w:rPr>
          <w:b w:val="0"/>
          <w:sz w:val="22"/>
        </w:rPr>
        <w:t>1. Änderung der Tätigkeitsbeschreibung: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2. Änderung des Arbeitsortes: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3. Änderung der Arbeitszeit: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 w:val="0"/>
          <w:sz w:val="22"/>
        </w:rPr>
        <w:t>4. Änderung des Gehalts / Vergütung: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§ 2 – Sonstige Regelungen</w:t>
      </w:r>
    </w:p>
    <w:p>
      <w:r>
        <w:rPr>
          <w:b w:val="0"/>
          <w:sz w:val="22"/>
        </w:rPr>
        <w:t>Alle übrigen Bestimmungen des ursprünglichen Arbeitsvertrages bleiben unverändert und gelten weiter.</w:t>
      </w:r>
    </w:p>
    <w:p/>
    <w:p/>
    <w:p>
      <w:r>
        <w:rPr>
          <w:b/>
          <w:sz w:val="22"/>
        </w:rPr>
        <w:t>§ 3 – Salvatorische Klausel</w:t>
      </w:r>
    </w:p>
    <w:p>
      <w:r>
        <w:rPr>
          <w:b w:val="0"/>
          <w:sz w:val="22"/>
        </w:rPr>
        <w:t>Sollten einzelne Bestimmungen dieses Änderungsvertrages unwirksam sein oder werden, so wird hierdurch die Wirksamkeit der übrigen Bestimmungen nicht berührt.</w:t>
      </w:r>
    </w:p>
    <w:p/>
    <w:p/>
    <w:p>
      <w:r>
        <w:rPr>
          <w:b/>
          <w:sz w:val="22"/>
        </w:rPr>
        <w:t>§ 4 – Schlussbestimmungen</w:t>
      </w:r>
    </w:p>
    <w:p>
      <w:r>
        <w:rPr>
          <w:b w:val="0"/>
          <w:sz w:val="22"/>
        </w:rPr>
        <w:t>Dieser Änderungsvertrag tritt mit Unterzeichnung durch beide Parteien in Kraft.</w:t>
      </w:r>
    </w:p>
    <w:p/>
    <w:p/>
    <w:p/>
    <w:p>
      <w:r>
        <w:rPr>
          <w:b w:val="0"/>
          <w:sz w:val="22"/>
        </w:rPr>
        <w:t>Ort: __________________________________________________</w:t>
      </w:r>
    </w:p>
    <w:p>
      <w:r>
        <w:rPr>
          <w:b w:val="0"/>
          <w:sz w:val="22"/>
        </w:rPr>
        <w:t>Datum: 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Position: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https://arbeits-experte.com/anderungsvertrag-zum-arbeitsvertrag/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nderungsvertrag-zum-arbeitsvertra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