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ÄNDERUNGSVERTRAG ZUM ARBEITSVERTRAG</w:t>
      </w:r>
    </w:p>
    <w:p/>
    <w:p>
      <w:r>
        <w:rPr>
          <w:b/>
          <w:sz w:val="24"/>
        </w:rPr>
        <w:t>zwischen</w:t>
      </w:r>
    </w:p>
    <w:p>
      <w:r>
        <w:rPr>
          <w:b/>
          <w:sz w:val="20"/>
        </w:rPr>
        <w:t>Arbeitgeber:</w:t>
      </w:r>
    </w:p>
    <w:p>
      <w:r>
        <w:rPr>
          <w:b w:val="0"/>
          <w:sz w:val="20"/>
        </w:rPr>
        <w:t>Name/Firma: _____________________________________________</w:t>
      </w:r>
    </w:p>
    <w:p>
      <w:r>
        <w:rPr>
          <w:b w:val="0"/>
          <w:sz w:val="20"/>
        </w:rPr>
        <w:t>Anschrift: ________________________________________________</w:t>
      </w:r>
    </w:p>
    <w:p>
      <w:r>
        <w:rPr>
          <w:b w:val="0"/>
          <w:sz w:val="20"/>
        </w:rPr>
        <w:t>Vertreten durch: __________________________________________</w:t>
      </w:r>
    </w:p>
    <w:p/>
    <w:p>
      <w:r>
        <w:rPr>
          <w:b/>
          <w:sz w:val="24"/>
        </w:rPr>
        <w:t>und</w:t>
      </w:r>
    </w:p>
    <w:p>
      <w:r>
        <w:rPr>
          <w:b/>
          <w:sz w:val="20"/>
        </w:rPr>
        <w:t>Arbeitnehmer:</w:t>
      </w:r>
    </w:p>
    <w:p>
      <w:r>
        <w:rPr>
          <w:b w:val="0"/>
          <w:sz w:val="20"/>
        </w:rPr>
        <w:t>Name: ___________________________________________________</w:t>
      </w:r>
    </w:p>
    <w:p>
      <w:r>
        <w:rPr>
          <w:b w:val="0"/>
          <w:sz w:val="20"/>
        </w:rPr>
        <w:t>Geburtsdatum: ___________________________________________</w:t>
      </w:r>
    </w:p>
    <w:p>
      <w:r>
        <w:rPr>
          <w:b w:val="0"/>
          <w:sz w:val="20"/>
        </w:rPr>
        <w:t>Anschrift: ________________________________________________</w:t>
      </w:r>
    </w:p>
    <w:p/>
    <w:p>
      <w:r>
        <w:rPr>
          <w:b/>
          <w:sz w:val="20"/>
        </w:rPr>
        <w:t>wird folgender Änderungsvertrag zum bestehenden Arbeitsvertrag geschlossen:</w:t>
      </w:r>
    </w:p>
    <w:p/>
    <w:p>
      <w:r>
        <w:rPr>
          <w:b/>
          <w:sz w:val="20"/>
        </w:rPr>
        <w:t>§1 – Änderung der Beschäftigungsart</w:t>
      </w:r>
    </w:p>
    <w:p>
      <w:r>
        <w:rPr>
          <w:b w:val="0"/>
          <w:sz w:val="20"/>
        </w:rPr>
        <w:t>Die bisherige Teilzeitbeschäftigung des Arbeitnehmers wird mit Wirkung zum __________________ in eine geringfügige Beschäftigung (Minijob) geändert.</w:t>
      </w:r>
    </w:p>
    <w:p>
      <w:r>
        <w:rPr>
          <w:b w:val="0"/>
          <w:sz w:val="20"/>
        </w:rPr>
        <w:t>Die regelmäßige wöchentliche Arbeitszeit beträgt künftig ______ Stunden.</w:t>
      </w:r>
    </w:p>
    <w:p/>
    <w:p>
      <w:r>
        <w:rPr>
          <w:b/>
          <w:sz w:val="20"/>
        </w:rPr>
        <w:t>§2 – Arbeitsvergütung</w:t>
      </w:r>
    </w:p>
    <w:p>
      <w:r>
        <w:rPr>
          <w:b w:val="0"/>
          <w:sz w:val="20"/>
        </w:rPr>
        <w:t>Der Arbeitnehmer erhält für seine Tätigkeit eine Vergütung in Höhe von ________________ Euro brutto pro Monat.</w:t>
      </w:r>
    </w:p>
    <w:p/>
    <w:p>
      <w:r>
        <w:rPr>
          <w:b/>
          <w:sz w:val="20"/>
        </w:rPr>
        <w:t>§3 – Sozialversicherung</w:t>
      </w:r>
    </w:p>
    <w:p>
      <w:r>
        <w:rPr>
          <w:b w:val="0"/>
          <w:sz w:val="20"/>
        </w:rPr>
        <w:t>Die Beschäftigung wird als geringfügige Beschäftigung gemäß § 8 Abs. 1 Nr. 1 SGB IV angesehen. Der Arbeitnehmer ist daher nicht sozialversicherungspflichtig.</w:t>
      </w:r>
    </w:p>
    <w:p/>
    <w:p>
      <w:r>
        <w:rPr>
          <w:b/>
          <w:sz w:val="20"/>
        </w:rPr>
        <w:t>§4 – Sonstige Regelungen</w:t>
      </w:r>
    </w:p>
    <w:p>
      <w:r>
        <w:rPr>
          <w:b w:val="0"/>
          <w:sz w:val="20"/>
        </w:rPr>
        <w:t>Alle übrigen Bestimmungen des Arbeitsvertrags bleiben unverändert und gelten weiter.</w:t>
      </w:r>
    </w:p>
    <w:p/>
    <w:p>
      <w:r>
        <w:rPr>
          <w:b/>
          <w:sz w:val="20"/>
        </w:rPr>
        <w:t>§5 – Schlussbestimmungen</w:t>
      </w:r>
    </w:p>
    <w:p>
      <w:r>
        <w:rPr>
          <w:b w:val="0"/>
          <w:sz w:val="20"/>
        </w:rPr>
        <w:t>Dieser Änderungsvertrag wird in zwei Ausfertigungen unterzeichnet, eine für den Arbeitgeber und eine für den Arbeitnehmer.</w:t>
      </w:r>
    </w:p>
    <w:p/>
    <w:p>
      <w:r>
        <w:rPr>
          <w:b w:val="0"/>
          <w:sz w:val="20"/>
        </w:rPr>
        <w:t>Ort: ______________________</w:t>
      </w:r>
    </w:p>
    <w:p>
      <w:r>
        <w:rPr>
          <w:b w:val="0"/>
          <w:sz w:val="20"/>
        </w:rPr>
        <w:t>Datum: ____________________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Arbeitgeber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Arbeitnehmer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https://arbeits-experte.com/anderungsvertrag-von-teilzeit-auf-minijob/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anderungsvertrag-von-teilzeit-auf-minijob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